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192"/>
        <w:gridCol w:w="2626"/>
        <w:gridCol w:w="3212"/>
      </w:tblGrid>
      <w:tr w:rsidR="00C85C0B" w:rsidRPr="001C4D09" w14:paraId="519B4AD2" w14:textId="77777777" w:rsidTr="00FD770A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A88CE79" w14:textId="4728145F" w:rsidR="00C85C0B" w:rsidRPr="001C4D09" w:rsidRDefault="00FD770A">
            <w:pPr>
              <w:keepNext/>
              <w:jc w:val="center"/>
              <w:rPr>
                <w:sz w:val="16"/>
                <w:szCs w:val="24"/>
              </w:rPr>
            </w:pPr>
            <w:r w:rsidRPr="00045D63">
              <w:rPr>
                <w:b/>
                <w:sz w:val="16"/>
                <w:szCs w:val="24"/>
              </w:rPr>
              <w:object w:dxaOrig="825" w:dyaOrig="1320" w14:anchorId="4403217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3.5pt;height:68.25pt" o:ole="" fillcolor="window">
                  <v:imagedata r:id="rId8" o:title=""/>
                </v:shape>
                <o:OLEObject Type="Embed" ProgID="Word.Picture.8" ShapeID="_x0000_i1025" DrawAspect="Content" ObjectID="_1849686105" r:id="rId9"/>
              </w:object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596B5CA" w14:textId="77777777" w:rsidR="00FD770A" w:rsidRPr="00045D63" w:rsidRDefault="00FD770A" w:rsidP="00FD770A">
            <w:pPr>
              <w:keepNext/>
              <w:rPr>
                <w:sz w:val="16"/>
                <w:szCs w:val="24"/>
              </w:rPr>
            </w:pPr>
            <w:proofErr w:type="spellStart"/>
            <w:r>
              <w:rPr>
                <w:b/>
                <w:color w:val="0D5F78"/>
                <w:sz w:val="16"/>
                <w:szCs w:val="24"/>
              </w:rPr>
              <w:t>Municipiul</w:t>
            </w:r>
            <w:proofErr w:type="spellEnd"/>
          </w:p>
          <w:p w14:paraId="340C295B" w14:textId="21C8C77F" w:rsidR="00C85C0B" w:rsidRPr="001C4D09" w:rsidRDefault="00FD770A" w:rsidP="00FD770A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bCs/>
                <w:sz w:val="22"/>
              </w:rPr>
              <w:t>BUCUREȘTI</w:t>
            </w:r>
            <w:r w:rsidRPr="008E031C">
              <w:rPr>
                <w:sz w:val="16"/>
                <w:szCs w:val="24"/>
              </w:rPr>
              <w:t xml:space="preserve"> </w:t>
            </w:r>
          </w:p>
        </w:tc>
      </w:tr>
      <w:tr w:rsidR="00C85C0B" w:rsidRPr="001C4D09" w14:paraId="0ACFA7D3" w14:textId="77777777" w:rsidTr="00FD770A">
        <w:trPr>
          <w:cantSplit/>
          <w:trHeight w:val="510"/>
        </w:trPr>
        <w:tc>
          <w:tcPr>
            <w:tcW w:w="1606" w:type="dxa"/>
            <w:vMerge/>
          </w:tcPr>
          <w:p w14:paraId="4D922E0F" w14:textId="77777777" w:rsidR="00C85C0B" w:rsidRPr="001C4D09" w:rsidRDefault="00C85C0B">
            <w:pPr>
              <w:rPr>
                <w:sz w:val="16"/>
                <w:szCs w:val="24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6B182728" w14:textId="77777777" w:rsidR="00FD770A" w:rsidRDefault="00FD770A" w:rsidP="00FD770A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537356A4" w14:textId="45D86ACE" w:rsidR="00C85C0B" w:rsidRPr="001C4D09" w:rsidRDefault="00FD770A" w:rsidP="00FD770A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bCs/>
                <w:sz w:val="22"/>
              </w:rPr>
              <w:t>SECTORUL 5 AL MUNICIPIULUI BUCUREȘTI</w:t>
            </w:r>
            <w:r w:rsidRPr="001C4D09">
              <w:rPr>
                <w:sz w:val="16"/>
                <w:szCs w:val="24"/>
              </w:rPr>
              <w:t xml:space="preserve"> </w:t>
            </w:r>
          </w:p>
        </w:tc>
      </w:tr>
      <w:tr w:rsidR="00C85C0B" w:rsidRPr="001C4D09" w14:paraId="06B81FB7" w14:textId="77777777" w:rsidTr="00FD770A">
        <w:trPr>
          <w:cantSplit/>
          <w:trHeight w:val="510"/>
        </w:trPr>
        <w:tc>
          <w:tcPr>
            <w:tcW w:w="1606" w:type="dxa"/>
            <w:vMerge/>
          </w:tcPr>
          <w:p w14:paraId="5B65FFC0" w14:textId="77777777" w:rsidR="00C85C0B" w:rsidRPr="001C4D09" w:rsidRDefault="00C85C0B">
            <w:pPr>
              <w:rPr>
                <w:sz w:val="16"/>
                <w:szCs w:val="24"/>
              </w:rPr>
            </w:pPr>
          </w:p>
        </w:tc>
        <w:tc>
          <w:tcPr>
            <w:tcW w:w="2192" w:type="dxa"/>
            <w:shd w:val="clear" w:color="auto" w:fill="F0F0F0"/>
          </w:tcPr>
          <w:p w14:paraId="73114822" w14:textId="77777777" w:rsidR="00C85C0B" w:rsidRPr="001C4D09" w:rsidRDefault="00FD770A">
            <w:pPr>
              <w:keepNext/>
              <w:rPr>
                <w:sz w:val="16"/>
                <w:szCs w:val="24"/>
                <w:lang w:val="fr-FR"/>
              </w:rPr>
            </w:pPr>
            <w:r w:rsidRPr="001C4D09">
              <w:rPr>
                <w:b/>
                <w:color w:val="0D5F78"/>
                <w:sz w:val="16"/>
                <w:szCs w:val="24"/>
                <w:lang w:val="fr-FR"/>
              </w:rPr>
              <w:t xml:space="preserve">Cod de </w:t>
            </w:r>
            <w:proofErr w:type="spellStart"/>
            <w:r w:rsidRPr="001C4D09">
              <w:rPr>
                <w:b/>
                <w:color w:val="0D5F78"/>
                <w:sz w:val="16"/>
                <w:szCs w:val="24"/>
                <w:lang w:val="fr-FR"/>
              </w:rPr>
              <w:t>identificare</w:t>
            </w:r>
            <w:proofErr w:type="spellEnd"/>
            <w:r w:rsidRPr="001C4D09">
              <w:rPr>
                <w:b/>
                <w:color w:val="0D5F78"/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1C4D09">
              <w:rPr>
                <w:b/>
                <w:color w:val="0D5F78"/>
                <w:sz w:val="16"/>
                <w:szCs w:val="24"/>
                <w:lang w:val="fr-FR"/>
              </w:rPr>
              <w:t>fiscală</w:t>
            </w:r>
            <w:proofErr w:type="spellEnd"/>
            <w:r w:rsidRPr="001C4D09">
              <w:rPr>
                <w:b/>
                <w:color w:val="0D5F78"/>
                <w:sz w:val="16"/>
                <w:szCs w:val="24"/>
                <w:lang w:val="fr-FR"/>
              </w:rPr>
              <w:t xml:space="preserve"> (CIF)</w:t>
            </w:r>
          </w:p>
          <w:p w14:paraId="790922F4" w14:textId="1622C6AD" w:rsidR="00C85C0B" w:rsidRPr="001C4D09" w:rsidRDefault="00FD770A">
            <w:pPr>
              <w:keepNext/>
              <w:rPr>
                <w:sz w:val="16"/>
                <w:szCs w:val="24"/>
                <w:lang w:val="fr-FR"/>
              </w:rPr>
            </w:pPr>
            <w:r w:rsidRPr="00045D63">
              <w:rPr>
                <w:b/>
                <w:bCs/>
                <w:sz w:val="22"/>
                <w:lang w:val="fr-FR"/>
              </w:rPr>
              <w:t>4433953</w:t>
            </w:r>
          </w:p>
        </w:tc>
        <w:tc>
          <w:tcPr>
            <w:tcW w:w="5838" w:type="dxa"/>
            <w:gridSpan w:val="2"/>
            <w:shd w:val="clear" w:color="auto" w:fill="F0F0F0"/>
          </w:tcPr>
          <w:p w14:paraId="6E8EEC57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Adresa</w:t>
            </w:r>
            <w:proofErr w:type="spellEnd"/>
            <w:r w:rsidRPr="001C4D09">
              <w:rPr>
                <w:b/>
                <w:color w:val="0D5F78"/>
                <w:sz w:val="16"/>
                <w:szCs w:val="24"/>
              </w:rPr>
              <w:t xml:space="preserve"> </w:t>
            </w: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oficială</w:t>
            </w:r>
            <w:proofErr w:type="spellEnd"/>
          </w:p>
          <w:p w14:paraId="6B0F1BF9" w14:textId="77777777" w:rsidR="00FD770A" w:rsidRPr="00C16D81" w:rsidRDefault="00FD770A" w:rsidP="00FD770A">
            <w:pPr>
              <w:keepNext/>
              <w:rPr>
                <w:b/>
                <w:bCs/>
                <w:iCs/>
                <w:sz w:val="17"/>
                <w:szCs w:val="17"/>
              </w:rPr>
            </w:pPr>
            <w:r w:rsidRPr="00C16D81">
              <w:rPr>
                <w:b/>
                <w:bCs/>
                <w:iCs/>
                <w:sz w:val="17"/>
                <w:szCs w:val="17"/>
              </w:rPr>
              <w:t xml:space="preserve">Str. Fabrica de </w:t>
            </w:r>
            <w:proofErr w:type="spellStart"/>
            <w:r w:rsidRPr="00C16D81">
              <w:rPr>
                <w:b/>
                <w:bCs/>
                <w:iCs/>
                <w:sz w:val="17"/>
                <w:szCs w:val="17"/>
              </w:rPr>
              <w:t>Chibrituri</w:t>
            </w:r>
            <w:proofErr w:type="spellEnd"/>
            <w:r w:rsidRPr="00C16D81">
              <w:rPr>
                <w:b/>
                <w:bCs/>
                <w:iCs/>
                <w:sz w:val="17"/>
                <w:szCs w:val="17"/>
              </w:rPr>
              <w:t xml:space="preserve"> nr. 9-11, Sector 5                             </w:t>
            </w:r>
            <w:r>
              <w:rPr>
                <w:b/>
                <w:bCs/>
                <w:iCs/>
                <w:sz w:val="17"/>
                <w:szCs w:val="17"/>
              </w:rPr>
              <w:t xml:space="preserve"> </w:t>
            </w:r>
            <w:r w:rsidRPr="00C16D81">
              <w:rPr>
                <w:b/>
                <w:bCs/>
                <w:iCs/>
                <w:sz w:val="17"/>
                <w:szCs w:val="17"/>
              </w:rPr>
              <w:t xml:space="preserve">www.sector5.ro   </w:t>
            </w:r>
          </w:p>
          <w:p w14:paraId="34178E3A" w14:textId="3DB10788" w:rsidR="00C85C0B" w:rsidRPr="001C4D09" w:rsidRDefault="00FD770A" w:rsidP="00FD770A">
            <w:pPr>
              <w:keepNext/>
              <w:rPr>
                <w:sz w:val="16"/>
                <w:szCs w:val="24"/>
              </w:rPr>
            </w:pPr>
            <w:r w:rsidRPr="00C16D81">
              <w:rPr>
                <w:b/>
                <w:bCs/>
                <w:sz w:val="17"/>
                <w:szCs w:val="17"/>
              </w:rPr>
              <w:t xml:space="preserve">Tel.: 021.314.46.80/021.314.43.18/021.311.04.65 </w:t>
            </w:r>
            <w:r>
              <w:rPr>
                <w:b/>
                <w:bCs/>
                <w:sz w:val="17"/>
                <w:szCs w:val="17"/>
              </w:rPr>
              <w:t xml:space="preserve"> </w:t>
            </w:r>
            <w:r w:rsidRPr="00C16D81">
              <w:rPr>
                <w:b/>
                <w:bCs/>
                <w:sz w:val="17"/>
                <w:szCs w:val="17"/>
              </w:rPr>
              <w:t>E-mail: primarie@sector5.ro</w:t>
            </w:r>
            <w:r w:rsidRPr="008E031C">
              <w:rPr>
                <w:sz w:val="16"/>
                <w:szCs w:val="24"/>
              </w:rPr>
              <w:t xml:space="preserve"> </w:t>
            </w:r>
          </w:p>
        </w:tc>
      </w:tr>
      <w:tr w:rsidR="00C85C0B" w:rsidRPr="001C4D09" w14:paraId="024C8C88" w14:textId="77777777" w:rsidTr="00FD770A">
        <w:trPr>
          <w:cantSplit/>
          <w:trHeight w:val="510"/>
        </w:trPr>
        <w:tc>
          <w:tcPr>
            <w:tcW w:w="1606" w:type="dxa"/>
            <w:vMerge/>
          </w:tcPr>
          <w:p w14:paraId="60A55E62" w14:textId="77777777" w:rsidR="00C85C0B" w:rsidRPr="001C4D09" w:rsidRDefault="00C85C0B">
            <w:pPr>
              <w:rPr>
                <w:sz w:val="16"/>
                <w:szCs w:val="24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4322CA91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Număr</w:t>
            </w:r>
            <w:proofErr w:type="spellEnd"/>
            <w:r w:rsidRPr="001C4D09">
              <w:rPr>
                <w:b/>
                <w:color w:val="0D5F78"/>
                <w:sz w:val="16"/>
                <w:szCs w:val="24"/>
              </w:rPr>
              <w:t xml:space="preserve"> de </w:t>
            </w: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înregistrare</w:t>
            </w:r>
            <w:proofErr w:type="spellEnd"/>
          </w:p>
          <w:p w14:paraId="28C1E4E9" w14:textId="77777777" w:rsidR="00C85C0B" w:rsidRPr="001C4D09" w:rsidRDefault="00C85C0B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3212" w:type="dxa"/>
            <w:shd w:val="clear" w:color="auto" w:fill="F0F0F0"/>
          </w:tcPr>
          <w:p w14:paraId="31777605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b/>
                <w:color w:val="0D5F78"/>
                <w:sz w:val="16"/>
                <w:szCs w:val="24"/>
              </w:rPr>
              <w:t>Data</w:t>
            </w:r>
          </w:p>
          <w:p w14:paraId="4EF75A35" w14:textId="77777777" w:rsidR="00C85C0B" w:rsidRPr="001C4D09" w:rsidRDefault="00C85C0B">
            <w:pPr>
              <w:keepNext/>
              <w:rPr>
                <w:sz w:val="16"/>
                <w:szCs w:val="24"/>
              </w:rPr>
            </w:pPr>
          </w:p>
        </w:tc>
      </w:tr>
      <w:tr w:rsidR="00C85C0B" w:rsidRPr="001C4D09" w14:paraId="25CEB233" w14:textId="77777777" w:rsidTr="00FD770A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DB7F8C0" w14:textId="77777777" w:rsidR="00C85C0B" w:rsidRPr="001C4D09" w:rsidRDefault="00FD770A">
            <w:pPr>
              <w:rPr>
                <w:sz w:val="16"/>
                <w:szCs w:val="24"/>
                <w:lang w:val="fr-FR"/>
              </w:rPr>
            </w:pPr>
            <w:r w:rsidRPr="001C4D09">
              <w:rPr>
                <w:i/>
                <w:color w:val="595959"/>
                <w:sz w:val="16"/>
                <w:szCs w:val="24"/>
                <w:lang w:val="fr-FR"/>
              </w:rPr>
              <w:t xml:space="preserve"> se </w:t>
            </w:r>
            <w:proofErr w:type="spellStart"/>
            <w:r w:rsidRPr="001C4D09">
              <w:rPr>
                <w:i/>
                <w:color w:val="595959"/>
                <w:sz w:val="16"/>
                <w:szCs w:val="24"/>
                <w:lang w:val="fr-FR"/>
              </w:rPr>
              <w:t>completează</w:t>
            </w:r>
            <w:proofErr w:type="spellEnd"/>
            <w:r w:rsidRPr="001C4D09">
              <w:rPr>
                <w:i/>
                <w:color w:val="595959"/>
                <w:sz w:val="16"/>
                <w:szCs w:val="24"/>
                <w:lang w:val="fr-FR"/>
              </w:rPr>
              <w:t xml:space="preserve"> de </w:t>
            </w:r>
            <w:proofErr w:type="spellStart"/>
            <w:r w:rsidRPr="001C4D09">
              <w:rPr>
                <w:i/>
                <w:color w:val="595959"/>
                <w:sz w:val="16"/>
                <w:szCs w:val="24"/>
                <w:lang w:val="fr-FR"/>
              </w:rPr>
              <w:t>autoritate</w:t>
            </w:r>
            <w:proofErr w:type="spellEnd"/>
            <w:r w:rsidRPr="001C4D09">
              <w:rPr>
                <w:i/>
                <w:color w:val="595959"/>
                <w:sz w:val="16"/>
                <w:szCs w:val="24"/>
                <w:lang w:val="fr-FR"/>
              </w:rPr>
              <w:t xml:space="preserve"> — </w:t>
            </w:r>
            <w:proofErr w:type="spellStart"/>
            <w:r w:rsidRPr="001C4D09">
              <w:rPr>
                <w:i/>
                <w:color w:val="595959"/>
                <w:sz w:val="16"/>
                <w:szCs w:val="24"/>
                <w:lang w:val="fr-FR"/>
              </w:rPr>
              <w:t>solicitantul</w:t>
            </w:r>
            <w:proofErr w:type="spellEnd"/>
            <w:r w:rsidRPr="001C4D09">
              <w:rPr>
                <w:i/>
                <w:color w:val="595959"/>
                <w:sz w:val="16"/>
                <w:szCs w:val="24"/>
                <w:lang w:val="fr-FR"/>
              </w:rPr>
              <w:t xml:space="preserve"> nu </w:t>
            </w:r>
            <w:proofErr w:type="spellStart"/>
            <w:r w:rsidRPr="001C4D09">
              <w:rPr>
                <w:i/>
                <w:color w:val="595959"/>
                <w:sz w:val="16"/>
                <w:szCs w:val="24"/>
                <w:lang w:val="fr-FR"/>
              </w:rPr>
              <w:t>scrie</w:t>
            </w:r>
            <w:proofErr w:type="spellEnd"/>
            <w:r w:rsidRPr="001C4D09">
              <w:rPr>
                <w:i/>
                <w:color w:val="595959"/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1C4D09">
              <w:rPr>
                <w:i/>
                <w:color w:val="595959"/>
                <w:sz w:val="16"/>
                <w:szCs w:val="24"/>
                <w:lang w:val="fr-FR"/>
              </w:rPr>
              <w:t>în</w:t>
            </w:r>
            <w:proofErr w:type="spellEnd"/>
            <w:r w:rsidRPr="001C4D09">
              <w:rPr>
                <w:i/>
                <w:color w:val="595959"/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1C4D09">
              <w:rPr>
                <w:i/>
                <w:color w:val="595959"/>
                <w:sz w:val="16"/>
                <w:szCs w:val="24"/>
                <w:lang w:val="fr-FR"/>
              </w:rPr>
              <w:t>această</w:t>
            </w:r>
            <w:proofErr w:type="spellEnd"/>
            <w:r w:rsidRPr="001C4D09">
              <w:rPr>
                <w:i/>
                <w:color w:val="595959"/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1C4D09">
              <w:rPr>
                <w:i/>
                <w:color w:val="595959"/>
                <w:sz w:val="16"/>
                <w:szCs w:val="24"/>
                <w:lang w:val="fr-FR"/>
              </w:rPr>
              <w:t>zonă</w:t>
            </w:r>
            <w:proofErr w:type="spellEnd"/>
          </w:p>
        </w:tc>
      </w:tr>
    </w:tbl>
    <w:p w14:paraId="05970DD8" w14:textId="77777777" w:rsidR="00C85C0B" w:rsidRDefault="00C85C0B">
      <w:pPr>
        <w:spacing w:line="168" w:lineRule="auto"/>
        <w:rPr>
          <w:sz w:val="16"/>
          <w:szCs w:val="24"/>
          <w:lang w:val="fr-FR"/>
        </w:rPr>
      </w:pPr>
    </w:p>
    <w:p w14:paraId="7B30CFC5" w14:textId="77777777" w:rsidR="001C4D09" w:rsidRDefault="001C4D09">
      <w:pPr>
        <w:spacing w:line="168" w:lineRule="auto"/>
        <w:rPr>
          <w:sz w:val="16"/>
          <w:szCs w:val="24"/>
          <w:lang w:val="fr-FR"/>
        </w:rPr>
      </w:pPr>
    </w:p>
    <w:p w14:paraId="7D07494E" w14:textId="77777777" w:rsidR="001C4D09" w:rsidRPr="001C4D09" w:rsidRDefault="001C4D09">
      <w:pPr>
        <w:spacing w:line="168" w:lineRule="auto"/>
        <w:rPr>
          <w:sz w:val="16"/>
          <w:szCs w:val="24"/>
          <w:lang w:val="fr-FR"/>
        </w:rPr>
      </w:pPr>
    </w:p>
    <w:p w14:paraId="0EFADD9B" w14:textId="77777777" w:rsidR="00C85C0B" w:rsidRPr="001C4D09" w:rsidRDefault="00FD770A">
      <w:pPr>
        <w:spacing w:before="140" w:after="40"/>
        <w:jc w:val="center"/>
        <w:rPr>
          <w:sz w:val="32"/>
          <w:szCs w:val="32"/>
        </w:rPr>
      </w:pPr>
      <w:r w:rsidRPr="001C4D09">
        <w:rPr>
          <w:b/>
          <w:sz w:val="32"/>
          <w:szCs w:val="32"/>
        </w:rPr>
        <w:t>ÎNȘTIINȚARE</w:t>
      </w:r>
    </w:p>
    <w:p w14:paraId="49143762" w14:textId="77777777" w:rsidR="00C85C0B" w:rsidRPr="001C4D09" w:rsidRDefault="00FD770A">
      <w:pPr>
        <w:spacing w:after="120"/>
        <w:jc w:val="center"/>
        <w:rPr>
          <w:sz w:val="16"/>
          <w:szCs w:val="24"/>
        </w:rPr>
      </w:pPr>
      <w:proofErr w:type="spellStart"/>
      <w:r w:rsidRPr="001C4D09">
        <w:rPr>
          <w:sz w:val="20"/>
          <w:szCs w:val="24"/>
        </w:rPr>
        <w:t>privind</w:t>
      </w:r>
      <w:proofErr w:type="spellEnd"/>
      <w:r w:rsidRPr="001C4D09">
        <w:rPr>
          <w:sz w:val="20"/>
          <w:szCs w:val="24"/>
        </w:rPr>
        <w:t xml:space="preserve"> </w:t>
      </w:r>
      <w:proofErr w:type="spellStart"/>
      <w:r w:rsidRPr="001C4D09">
        <w:rPr>
          <w:sz w:val="20"/>
          <w:szCs w:val="24"/>
        </w:rPr>
        <w:t>finalizarea</w:t>
      </w:r>
      <w:proofErr w:type="spellEnd"/>
      <w:r w:rsidRPr="001C4D09">
        <w:rPr>
          <w:sz w:val="20"/>
          <w:szCs w:val="24"/>
        </w:rPr>
        <w:t xml:space="preserve"> </w:t>
      </w:r>
      <w:proofErr w:type="spellStart"/>
      <w:r w:rsidRPr="001C4D09">
        <w:rPr>
          <w:sz w:val="20"/>
          <w:szCs w:val="24"/>
        </w:rPr>
        <w:t>lucrărilor</w:t>
      </w:r>
      <w:proofErr w:type="spellEnd"/>
      <w:r w:rsidRPr="001C4D09">
        <w:rPr>
          <w:sz w:val="20"/>
          <w:szCs w:val="24"/>
        </w:rPr>
        <w:t xml:space="preserve"> </w:t>
      </w:r>
      <w:proofErr w:type="spellStart"/>
      <w:r w:rsidRPr="001C4D09">
        <w:rPr>
          <w:sz w:val="20"/>
          <w:szCs w:val="24"/>
        </w:rPr>
        <w:t>notificate</w:t>
      </w:r>
      <w:proofErr w:type="spellEnd"/>
      <w:r w:rsidRPr="001C4D09">
        <w:rPr>
          <w:sz w:val="20"/>
          <w:szCs w:val="24"/>
        </w:rPr>
        <w:t xml:space="preserve"> </w:t>
      </w:r>
      <w:proofErr w:type="spellStart"/>
      <w:r w:rsidRPr="001C4D09">
        <w:rPr>
          <w:sz w:val="20"/>
          <w:szCs w:val="24"/>
        </w:rPr>
        <w:t>și</w:t>
      </w:r>
      <w:proofErr w:type="spellEnd"/>
      <w:r w:rsidRPr="001C4D09">
        <w:rPr>
          <w:sz w:val="20"/>
          <w:szCs w:val="24"/>
        </w:rPr>
        <w:t xml:space="preserve"> </w:t>
      </w:r>
      <w:proofErr w:type="spellStart"/>
      <w:r w:rsidRPr="001C4D09">
        <w:rPr>
          <w:sz w:val="20"/>
          <w:szCs w:val="24"/>
        </w:rPr>
        <w:t>solicitarea</w:t>
      </w:r>
      <w:proofErr w:type="spellEnd"/>
      <w:r w:rsidRPr="001C4D09">
        <w:rPr>
          <w:sz w:val="20"/>
          <w:szCs w:val="24"/>
        </w:rPr>
        <w:t xml:space="preserve"> </w:t>
      </w:r>
      <w:proofErr w:type="spellStart"/>
      <w:r w:rsidRPr="001C4D09">
        <w:rPr>
          <w:sz w:val="20"/>
          <w:szCs w:val="24"/>
        </w:rPr>
        <w:t>participării</w:t>
      </w:r>
      <w:proofErr w:type="spellEnd"/>
      <w:r w:rsidRPr="001C4D09">
        <w:rPr>
          <w:sz w:val="20"/>
          <w:szCs w:val="24"/>
        </w:rPr>
        <w:t xml:space="preserve"> </w:t>
      </w:r>
      <w:proofErr w:type="spellStart"/>
      <w:r w:rsidRPr="001C4D09">
        <w:rPr>
          <w:sz w:val="20"/>
          <w:szCs w:val="24"/>
        </w:rPr>
        <w:t>reprezentantului</w:t>
      </w:r>
      <w:proofErr w:type="spellEnd"/>
      <w:r w:rsidRPr="001C4D09">
        <w:rPr>
          <w:sz w:val="20"/>
          <w:szCs w:val="24"/>
        </w:rPr>
        <w:t xml:space="preserve"> UAT la </w:t>
      </w:r>
      <w:proofErr w:type="spellStart"/>
      <w:r w:rsidRPr="001C4D09">
        <w:rPr>
          <w:sz w:val="20"/>
          <w:szCs w:val="24"/>
        </w:rPr>
        <w:t>recepție</w:t>
      </w:r>
      <w:proofErr w:type="spellEnd"/>
    </w:p>
    <w:p w14:paraId="279D8DA9" w14:textId="77777777" w:rsidR="00C85C0B" w:rsidRDefault="00C85C0B">
      <w:pPr>
        <w:spacing w:after="60" w:line="168" w:lineRule="auto"/>
        <w:rPr>
          <w:sz w:val="16"/>
          <w:szCs w:val="24"/>
        </w:rPr>
      </w:pPr>
    </w:p>
    <w:p w14:paraId="21944CE9" w14:textId="77777777" w:rsidR="001C4D09" w:rsidRDefault="001C4D09">
      <w:pPr>
        <w:spacing w:after="60" w:line="168" w:lineRule="auto"/>
        <w:rPr>
          <w:sz w:val="16"/>
          <w:szCs w:val="24"/>
        </w:rPr>
      </w:pPr>
    </w:p>
    <w:p w14:paraId="1E657A82" w14:textId="77777777" w:rsidR="001C4D09" w:rsidRPr="001C4D09" w:rsidRDefault="001C4D09">
      <w:pPr>
        <w:spacing w:after="60" w:line="168" w:lineRule="auto"/>
        <w:rPr>
          <w:sz w:val="16"/>
          <w:szCs w:val="24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:rsidRPr="001C4D09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b/>
                <w:sz w:val="18"/>
                <w:szCs w:val="24"/>
              </w:rPr>
              <w:t xml:space="preserve"> 1. </w:t>
            </w:r>
            <w:r w:rsidRPr="001C4D09">
              <w:rPr>
                <w:b/>
                <w:color w:val="000000"/>
                <w:sz w:val="20"/>
                <w:szCs w:val="24"/>
              </w:rPr>
              <w:t>CĂTRE</w:t>
            </w:r>
          </w:p>
        </w:tc>
      </w:tr>
      <w:tr w:rsidR="00C85C0B" w:rsidRPr="001C4D09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C4D09" w:rsidRDefault="00FD770A">
            <w:pPr>
              <w:keepNext/>
              <w:rPr>
                <w:sz w:val="16"/>
                <w:szCs w:val="24"/>
                <w:lang w:val="fr-FR"/>
              </w:rPr>
            </w:pPr>
            <w:proofErr w:type="spellStart"/>
            <w:r w:rsidRPr="001C4D09">
              <w:rPr>
                <w:b/>
                <w:color w:val="0D5F78"/>
                <w:sz w:val="16"/>
                <w:szCs w:val="24"/>
                <w:lang w:val="fr-FR"/>
              </w:rPr>
              <w:t>Instituția</w:t>
            </w:r>
            <w:proofErr w:type="spellEnd"/>
          </w:p>
          <w:p w14:paraId="3662B31C" w14:textId="32F7209F" w:rsidR="00C85C0B" w:rsidRPr="001C4D09" w:rsidRDefault="00FD770A">
            <w:pPr>
              <w:keepNext/>
              <w:rPr>
                <w:sz w:val="16"/>
                <w:szCs w:val="24"/>
                <w:lang w:val="fr-FR"/>
              </w:rPr>
            </w:pPr>
            <w:r w:rsidRPr="00045D63">
              <w:rPr>
                <w:b/>
                <w:bCs/>
                <w:sz w:val="22"/>
              </w:rPr>
              <w:t>SECTORUL 5 AL MUNICIPIULUI BUCUREȘTI</w:t>
            </w:r>
            <w:r w:rsidRPr="001C4D09">
              <w:rPr>
                <w:sz w:val="16"/>
                <w:szCs w:val="24"/>
              </w:rPr>
              <w:t xml:space="preserve"> </w:t>
            </w:r>
          </w:p>
        </w:tc>
      </w:tr>
      <w:tr w:rsidR="00C85C0B" w:rsidRPr="001C4D09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1C4D09" w:rsidRDefault="00FD770A">
            <w:pPr>
              <w:spacing w:line="228" w:lineRule="auto"/>
              <w:rPr>
                <w:sz w:val="16"/>
                <w:szCs w:val="24"/>
                <w:lang w:val="fr-FR"/>
              </w:rPr>
            </w:pPr>
            <w:proofErr w:type="spellStart"/>
            <w:r w:rsidRPr="001C4D09">
              <w:rPr>
                <w:sz w:val="16"/>
                <w:szCs w:val="24"/>
                <w:lang w:val="fr-FR"/>
              </w:rPr>
              <w:t>Cererea</w:t>
            </w:r>
            <w:proofErr w:type="spellEnd"/>
            <w:r w:rsidRPr="001C4D09">
              <w:rPr>
                <w:sz w:val="16"/>
                <w:szCs w:val="24"/>
                <w:lang w:val="fr-FR"/>
              </w:rPr>
              <w:t xml:space="preserve"> va fi </w:t>
            </w:r>
            <w:proofErr w:type="spellStart"/>
            <w:r w:rsidRPr="001C4D09">
              <w:rPr>
                <w:sz w:val="16"/>
                <w:szCs w:val="24"/>
                <w:lang w:val="fr-FR"/>
              </w:rPr>
              <w:t>transmisă</w:t>
            </w:r>
            <w:proofErr w:type="spellEnd"/>
            <w:r w:rsidRPr="001C4D09">
              <w:rPr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  <w:lang w:val="fr-FR"/>
              </w:rPr>
              <w:t>către</w:t>
            </w:r>
            <w:proofErr w:type="spellEnd"/>
            <w:r w:rsidRPr="001C4D09">
              <w:rPr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  <w:lang w:val="fr-FR"/>
              </w:rPr>
              <w:t>președintele</w:t>
            </w:r>
            <w:proofErr w:type="spellEnd"/>
            <w:r w:rsidRPr="001C4D09">
              <w:rPr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  <w:lang w:val="fr-FR"/>
              </w:rPr>
              <w:t>consiliului</w:t>
            </w:r>
            <w:proofErr w:type="spellEnd"/>
            <w:r w:rsidRPr="001C4D09">
              <w:rPr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  <w:lang w:val="fr-FR"/>
              </w:rPr>
              <w:t>județean</w:t>
            </w:r>
            <w:proofErr w:type="spellEnd"/>
            <w:r w:rsidRPr="001C4D09">
              <w:rPr>
                <w:sz w:val="16"/>
                <w:szCs w:val="24"/>
                <w:lang w:val="fr-FR"/>
              </w:rPr>
              <w:t xml:space="preserve">, </w:t>
            </w:r>
            <w:proofErr w:type="spellStart"/>
            <w:r w:rsidRPr="001C4D09">
              <w:rPr>
                <w:sz w:val="16"/>
                <w:szCs w:val="24"/>
                <w:lang w:val="fr-FR"/>
              </w:rPr>
              <w:t>primarul</w:t>
            </w:r>
            <w:proofErr w:type="spellEnd"/>
            <w:r w:rsidRPr="001C4D09">
              <w:rPr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  <w:lang w:val="fr-FR"/>
              </w:rPr>
              <w:t>general</w:t>
            </w:r>
            <w:proofErr w:type="spellEnd"/>
            <w:r w:rsidRPr="001C4D09">
              <w:rPr>
                <w:sz w:val="16"/>
                <w:szCs w:val="24"/>
                <w:lang w:val="fr-FR"/>
              </w:rPr>
              <w:t xml:space="preserve">, </w:t>
            </w:r>
            <w:proofErr w:type="spellStart"/>
            <w:r w:rsidRPr="001C4D09">
              <w:rPr>
                <w:sz w:val="16"/>
                <w:szCs w:val="24"/>
                <w:lang w:val="fr-FR"/>
              </w:rPr>
              <w:t>primarul</w:t>
            </w:r>
            <w:proofErr w:type="spellEnd"/>
            <w:r w:rsidRPr="001C4D09">
              <w:rPr>
                <w:sz w:val="16"/>
                <w:szCs w:val="24"/>
                <w:lang w:val="fr-FR"/>
              </w:rPr>
              <w:t xml:space="preserve"> de </w:t>
            </w:r>
            <w:proofErr w:type="spellStart"/>
            <w:r w:rsidRPr="001C4D09">
              <w:rPr>
                <w:sz w:val="16"/>
                <w:szCs w:val="24"/>
                <w:lang w:val="fr-FR"/>
              </w:rPr>
              <w:t>sector</w:t>
            </w:r>
            <w:proofErr w:type="spellEnd"/>
            <w:r w:rsidRPr="001C4D09">
              <w:rPr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  <w:lang w:val="fr-FR"/>
              </w:rPr>
              <w:t>sau</w:t>
            </w:r>
            <w:proofErr w:type="spellEnd"/>
            <w:r w:rsidRPr="001C4D09">
              <w:rPr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  <w:lang w:val="fr-FR"/>
              </w:rPr>
              <w:t>primarul</w:t>
            </w:r>
            <w:proofErr w:type="spellEnd"/>
            <w:r w:rsidRPr="001C4D09">
              <w:rPr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  <w:lang w:val="fr-FR"/>
              </w:rPr>
              <w:t>municipiului</w:t>
            </w:r>
            <w:proofErr w:type="spellEnd"/>
            <w:r w:rsidRPr="001C4D09">
              <w:rPr>
                <w:sz w:val="16"/>
                <w:szCs w:val="24"/>
                <w:lang w:val="fr-FR"/>
              </w:rPr>
              <w:t xml:space="preserve"> / </w:t>
            </w:r>
            <w:proofErr w:type="spellStart"/>
            <w:r w:rsidRPr="001C4D09">
              <w:rPr>
                <w:sz w:val="16"/>
                <w:szCs w:val="24"/>
                <w:lang w:val="fr-FR"/>
              </w:rPr>
              <w:t>orașului</w:t>
            </w:r>
            <w:proofErr w:type="spellEnd"/>
            <w:r w:rsidRPr="001C4D09">
              <w:rPr>
                <w:sz w:val="16"/>
                <w:szCs w:val="24"/>
                <w:lang w:val="fr-FR"/>
              </w:rPr>
              <w:t xml:space="preserve"> / </w:t>
            </w:r>
            <w:proofErr w:type="spellStart"/>
            <w:r w:rsidRPr="001C4D09">
              <w:rPr>
                <w:sz w:val="16"/>
                <w:szCs w:val="24"/>
                <w:lang w:val="fr-FR"/>
              </w:rPr>
              <w:t>comunei</w:t>
            </w:r>
            <w:proofErr w:type="spellEnd"/>
            <w:r w:rsidRPr="001C4D09">
              <w:rPr>
                <w:sz w:val="16"/>
                <w:szCs w:val="24"/>
                <w:lang w:val="fr-FR"/>
              </w:rPr>
              <w:t xml:space="preserve">, </w:t>
            </w:r>
            <w:proofErr w:type="spellStart"/>
            <w:r w:rsidRPr="001C4D09">
              <w:rPr>
                <w:sz w:val="16"/>
                <w:szCs w:val="24"/>
                <w:lang w:val="fr-FR"/>
              </w:rPr>
              <w:t>după</w:t>
            </w:r>
            <w:proofErr w:type="spellEnd"/>
            <w:r w:rsidRPr="001C4D09">
              <w:rPr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  <w:lang w:val="fr-FR"/>
              </w:rPr>
              <w:t>caz</w:t>
            </w:r>
            <w:proofErr w:type="spellEnd"/>
            <w:r w:rsidRPr="001C4D09">
              <w:rPr>
                <w:sz w:val="16"/>
                <w:szCs w:val="24"/>
                <w:lang w:val="fr-FR"/>
              </w:rPr>
              <w:t>.</w:t>
            </w:r>
          </w:p>
        </w:tc>
      </w:tr>
    </w:tbl>
    <w:p w14:paraId="75E15653" w14:textId="77777777" w:rsidR="00C85C0B" w:rsidRPr="001C4D09" w:rsidRDefault="00C85C0B">
      <w:pPr>
        <w:spacing w:line="168" w:lineRule="auto"/>
        <w:rPr>
          <w:sz w:val="16"/>
          <w:szCs w:val="24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:rsidRPr="001C4D09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b/>
                <w:sz w:val="18"/>
                <w:szCs w:val="24"/>
                <w:lang w:val="fr-FR"/>
              </w:rPr>
              <w:t xml:space="preserve"> </w:t>
            </w:r>
            <w:r w:rsidRPr="001C4D09">
              <w:rPr>
                <w:b/>
                <w:sz w:val="18"/>
                <w:szCs w:val="24"/>
              </w:rPr>
              <w:t xml:space="preserve">2. </w:t>
            </w:r>
            <w:r w:rsidRPr="001C4D09">
              <w:rPr>
                <w:b/>
                <w:color w:val="000000"/>
                <w:sz w:val="20"/>
                <w:szCs w:val="24"/>
              </w:rPr>
              <w:t>SOLICITANTUL</w:t>
            </w:r>
          </w:p>
        </w:tc>
      </w:tr>
      <w:tr w:rsidR="00C85C0B" w:rsidRPr="001C4D09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Nume</w:t>
            </w:r>
            <w:proofErr w:type="spellEnd"/>
            <w:r w:rsidRPr="001C4D09">
              <w:rPr>
                <w:b/>
                <w:color w:val="0D5F78"/>
                <w:sz w:val="16"/>
                <w:szCs w:val="24"/>
              </w:rPr>
              <w:t xml:space="preserve"> </w:t>
            </w: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și</w:t>
            </w:r>
            <w:proofErr w:type="spellEnd"/>
            <w:r w:rsidRPr="001C4D09">
              <w:rPr>
                <w:b/>
                <w:color w:val="0D5F78"/>
                <w:sz w:val="16"/>
                <w:szCs w:val="24"/>
              </w:rPr>
              <w:t xml:space="preserve"> </w:t>
            </w: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prenume</w:t>
            </w:r>
            <w:proofErr w:type="spellEnd"/>
          </w:p>
          <w:p w14:paraId="78962F31" w14:textId="77777777" w:rsidR="00C85C0B" w:rsidRPr="001C4D09" w:rsidRDefault="00C85C0B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4015" w:type="dxa"/>
            <w:gridSpan w:val="3"/>
          </w:tcPr>
          <w:p w14:paraId="349D53B4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b/>
                <w:color w:val="0D5F78"/>
                <w:sz w:val="16"/>
                <w:szCs w:val="24"/>
              </w:rPr>
              <w:t>CNP</w:t>
            </w:r>
          </w:p>
          <w:p w14:paraId="12A0DF42" w14:textId="77777777" w:rsidR="00C85C0B" w:rsidRPr="001C4D09" w:rsidRDefault="00C85C0B">
            <w:pPr>
              <w:keepNext/>
              <w:rPr>
                <w:sz w:val="16"/>
                <w:szCs w:val="24"/>
              </w:rPr>
            </w:pPr>
          </w:p>
        </w:tc>
      </w:tr>
      <w:tr w:rsidR="00C85C0B" w:rsidRPr="001C4D09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sz w:val="18"/>
                <w:szCs w:val="24"/>
              </w:rPr>
              <w:t xml:space="preserve"> Act de </w:t>
            </w:r>
            <w:proofErr w:type="spellStart"/>
            <w:r w:rsidRPr="001C4D09">
              <w:rPr>
                <w:sz w:val="18"/>
                <w:szCs w:val="24"/>
              </w:rPr>
              <w:t>identitate</w:t>
            </w:r>
            <w:proofErr w:type="spellEnd"/>
          </w:p>
        </w:tc>
      </w:tr>
      <w:tr w:rsidR="00C85C0B" w:rsidRPr="001C4D09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b/>
                <w:color w:val="0D5F78"/>
                <w:sz w:val="16"/>
                <w:szCs w:val="24"/>
              </w:rPr>
              <w:t>Seria</w:t>
            </w:r>
          </w:p>
          <w:p w14:paraId="1372DB4F" w14:textId="77777777" w:rsidR="00C85C0B" w:rsidRPr="001C4D09" w:rsidRDefault="00C85C0B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1606" w:type="dxa"/>
          </w:tcPr>
          <w:p w14:paraId="38543067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Numărul</w:t>
            </w:r>
            <w:proofErr w:type="spellEnd"/>
          </w:p>
          <w:p w14:paraId="10D1BCEF" w14:textId="77777777" w:rsidR="00C85C0B" w:rsidRPr="001C4D09" w:rsidRDefault="00C85C0B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4818" w:type="dxa"/>
            <w:gridSpan w:val="5"/>
          </w:tcPr>
          <w:p w14:paraId="5949C44F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Eliberat</w:t>
            </w:r>
            <w:proofErr w:type="spellEnd"/>
            <w:r w:rsidRPr="001C4D09">
              <w:rPr>
                <w:b/>
                <w:color w:val="0D5F78"/>
                <w:sz w:val="16"/>
                <w:szCs w:val="24"/>
              </w:rPr>
              <w:t xml:space="preserve"> de</w:t>
            </w:r>
          </w:p>
          <w:p w14:paraId="7DFD0055" w14:textId="77777777" w:rsidR="00C85C0B" w:rsidRPr="001C4D09" w:rsidRDefault="00C85C0B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1606" w:type="dxa"/>
          </w:tcPr>
          <w:p w14:paraId="6E02C3D3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b/>
                <w:color w:val="0D5F78"/>
                <w:sz w:val="16"/>
                <w:szCs w:val="24"/>
              </w:rPr>
              <w:t>La data</w:t>
            </w:r>
          </w:p>
          <w:p w14:paraId="7B1F54BC" w14:textId="77777777" w:rsidR="00C85C0B" w:rsidRPr="001C4D09" w:rsidRDefault="00C85C0B">
            <w:pPr>
              <w:keepNext/>
              <w:rPr>
                <w:sz w:val="16"/>
                <w:szCs w:val="24"/>
              </w:rPr>
            </w:pPr>
          </w:p>
        </w:tc>
      </w:tr>
      <w:tr w:rsidR="00C85C0B" w:rsidRPr="001C4D09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sz w:val="18"/>
                <w:szCs w:val="24"/>
              </w:rPr>
              <w:t xml:space="preserve"> </w:t>
            </w:r>
            <w:proofErr w:type="spellStart"/>
            <w:r w:rsidRPr="001C4D09">
              <w:rPr>
                <w:sz w:val="18"/>
                <w:szCs w:val="24"/>
              </w:rPr>
              <w:t>Domiciliul</w:t>
            </w:r>
            <w:proofErr w:type="spellEnd"/>
          </w:p>
        </w:tc>
      </w:tr>
      <w:tr w:rsidR="00C85C0B" w:rsidRPr="001C4D09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Județul</w:t>
            </w:r>
            <w:proofErr w:type="spellEnd"/>
          </w:p>
          <w:p w14:paraId="2186F192" w14:textId="77777777" w:rsidR="00C85C0B" w:rsidRPr="001C4D09" w:rsidRDefault="00C85C0B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3212" w:type="dxa"/>
            <w:gridSpan w:val="4"/>
          </w:tcPr>
          <w:p w14:paraId="50EE20EA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Municipiul</w:t>
            </w:r>
            <w:proofErr w:type="spellEnd"/>
            <w:r w:rsidRPr="001C4D09">
              <w:rPr>
                <w:b/>
                <w:color w:val="0D5F78"/>
                <w:sz w:val="16"/>
                <w:szCs w:val="24"/>
              </w:rPr>
              <w:t xml:space="preserve"> / </w:t>
            </w: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orașul</w:t>
            </w:r>
            <w:proofErr w:type="spellEnd"/>
            <w:r w:rsidRPr="001C4D09">
              <w:rPr>
                <w:b/>
                <w:color w:val="0D5F78"/>
                <w:sz w:val="16"/>
                <w:szCs w:val="24"/>
              </w:rPr>
              <w:t xml:space="preserve"> / </w:t>
            </w: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comuna</w:t>
            </w:r>
            <w:proofErr w:type="spellEnd"/>
          </w:p>
          <w:p w14:paraId="5A7197A9" w14:textId="77777777" w:rsidR="00C85C0B" w:rsidRPr="001C4D09" w:rsidRDefault="00C85C0B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3212" w:type="dxa"/>
            <w:gridSpan w:val="2"/>
          </w:tcPr>
          <w:p w14:paraId="52D40263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Satul</w:t>
            </w:r>
            <w:proofErr w:type="spellEnd"/>
            <w:r w:rsidRPr="001C4D09">
              <w:rPr>
                <w:b/>
                <w:color w:val="0D5F78"/>
                <w:sz w:val="16"/>
                <w:szCs w:val="24"/>
              </w:rPr>
              <w:t xml:space="preserve"> / </w:t>
            </w: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sectorul</w:t>
            </w:r>
            <w:proofErr w:type="spellEnd"/>
          </w:p>
          <w:p w14:paraId="2A6C818F" w14:textId="77777777" w:rsidR="00C85C0B" w:rsidRPr="001C4D09" w:rsidRDefault="00C85C0B">
            <w:pPr>
              <w:keepNext/>
              <w:rPr>
                <w:sz w:val="16"/>
                <w:szCs w:val="24"/>
              </w:rPr>
            </w:pPr>
          </w:p>
        </w:tc>
      </w:tr>
      <w:tr w:rsidR="00C85C0B" w:rsidRPr="001C4D09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b/>
                <w:color w:val="0D5F78"/>
                <w:sz w:val="16"/>
                <w:szCs w:val="24"/>
              </w:rPr>
              <w:t>Strada</w:t>
            </w:r>
          </w:p>
          <w:p w14:paraId="4F3D8CE6" w14:textId="77777777" w:rsidR="00C85C0B" w:rsidRPr="001C4D09" w:rsidRDefault="00C85C0B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803" w:type="dxa"/>
          </w:tcPr>
          <w:p w14:paraId="075341DA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b/>
                <w:color w:val="0D5F78"/>
                <w:sz w:val="16"/>
                <w:szCs w:val="24"/>
              </w:rPr>
              <w:t>Nr.</w:t>
            </w:r>
          </w:p>
          <w:p w14:paraId="20120A0F" w14:textId="77777777" w:rsidR="00C85C0B" w:rsidRPr="001C4D09" w:rsidRDefault="00C85C0B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803" w:type="dxa"/>
          </w:tcPr>
          <w:p w14:paraId="6F18AE53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b/>
                <w:color w:val="0D5F78"/>
                <w:sz w:val="16"/>
                <w:szCs w:val="24"/>
              </w:rPr>
              <w:t>Sc.</w:t>
            </w:r>
          </w:p>
          <w:p w14:paraId="20E48DEE" w14:textId="77777777" w:rsidR="00C85C0B" w:rsidRPr="001C4D09" w:rsidRDefault="00C85C0B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803" w:type="dxa"/>
          </w:tcPr>
          <w:p w14:paraId="7B25ACF6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b/>
                <w:color w:val="0D5F78"/>
                <w:sz w:val="16"/>
                <w:szCs w:val="24"/>
              </w:rPr>
              <w:t>Et.</w:t>
            </w:r>
          </w:p>
          <w:p w14:paraId="6F6960D6" w14:textId="77777777" w:rsidR="00C85C0B" w:rsidRPr="001C4D09" w:rsidRDefault="00C85C0B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803" w:type="dxa"/>
          </w:tcPr>
          <w:p w14:paraId="38B4DB2B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b/>
                <w:color w:val="0D5F78"/>
                <w:sz w:val="16"/>
                <w:szCs w:val="24"/>
              </w:rPr>
              <w:t>Ap.</w:t>
            </w:r>
          </w:p>
          <w:p w14:paraId="0D48C9FB" w14:textId="77777777" w:rsidR="00C85C0B" w:rsidRPr="001C4D09" w:rsidRDefault="00C85C0B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1606" w:type="dxa"/>
          </w:tcPr>
          <w:p w14:paraId="3C794EFE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b/>
                <w:color w:val="0D5F78"/>
                <w:sz w:val="16"/>
                <w:szCs w:val="24"/>
              </w:rPr>
              <w:t xml:space="preserve">Cod </w:t>
            </w: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poștal</w:t>
            </w:r>
            <w:proofErr w:type="spellEnd"/>
          </w:p>
          <w:p w14:paraId="14D83194" w14:textId="77777777" w:rsidR="00C85C0B" w:rsidRPr="001C4D09" w:rsidRDefault="00C85C0B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1606" w:type="dxa"/>
          </w:tcPr>
          <w:p w14:paraId="44F2C34C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Ț</w:t>
            </w:r>
            <w:r w:rsidRPr="001C4D09">
              <w:rPr>
                <w:b/>
                <w:color w:val="0D5F78"/>
                <w:sz w:val="16"/>
                <w:szCs w:val="24"/>
              </w:rPr>
              <w:t>ara</w:t>
            </w:r>
            <w:proofErr w:type="spellEnd"/>
          </w:p>
          <w:p w14:paraId="303B0DDB" w14:textId="77777777" w:rsidR="00C85C0B" w:rsidRPr="001C4D09" w:rsidRDefault="00C85C0B">
            <w:pPr>
              <w:keepNext/>
              <w:rPr>
                <w:sz w:val="16"/>
                <w:szCs w:val="24"/>
              </w:rPr>
            </w:pPr>
          </w:p>
        </w:tc>
      </w:tr>
      <w:tr w:rsidR="00C85C0B" w:rsidRPr="001C4D09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sz w:val="18"/>
                <w:szCs w:val="24"/>
              </w:rPr>
              <w:t xml:space="preserve"> Date de contact</w:t>
            </w:r>
          </w:p>
        </w:tc>
      </w:tr>
      <w:tr w:rsidR="00C85C0B" w:rsidRPr="001C4D09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Pr="001C4D09" w:rsidRDefault="00FD770A">
            <w:pPr>
              <w:rPr>
                <w:sz w:val="16"/>
                <w:szCs w:val="24"/>
              </w:rPr>
            </w:pP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Telefon</w:t>
            </w:r>
            <w:proofErr w:type="spellEnd"/>
            <w:r w:rsidRPr="001C4D09">
              <w:rPr>
                <w:b/>
                <w:color w:val="0D5F78"/>
                <w:sz w:val="16"/>
                <w:szCs w:val="24"/>
              </w:rPr>
              <w:t xml:space="preserve"> / fax</w:t>
            </w:r>
          </w:p>
          <w:p w14:paraId="1D1557B5" w14:textId="77777777" w:rsidR="00C85C0B" w:rsidRPr="001C4D09" w:rsidRDefault="00C85C0B">
            <w:pPr>
              <w:rPr>
                <w:sz w:val="16"/>
                <w:szCs w:val="24"/>
              </w:rPr>
            </w:pPr>
          </w:p>
        </w:tc>
        <w:tc>
          <w:tcPr>
            <w:tcW w:w="5621" w:type="dxa"/>
            <w:gridSpan w:val="5"/>
          </w:tcPr>
          <w:p w14:paraId="56D269E2" w14:textId="77777777" w:rsidR="00C85C0B" w:rsidRPr="001C4D09" w:rsidRDefault="00FD770A">
            <w:pPr>
              <w:rPr>
                <w:sz w:val="16"/>
                <w:szCs w:val="24"/>
              </w:rPr>
            </w:pPr>
            <w:r w:rsidRPr="001C4D09">
              <w:rPr>
                <w:b/>
                <w:color w:val="0D5F78"/>
                <w:sz w:val="16"/>
                <w:szCs w:val="24"/>
              </w:rPr>
              <w:t>E-mail</w:t>
            </w:r>
          </w:p>
          <w:p w14:paraId="6134E69B" w14:textId="77777777" w:rsidR="00C85C0B" w:rsidRPr="001C4D09" w:rsidRDefault="00C85C0B">
            <w:pPr>
              <w:rPr>
                <w:sz w:val="16"/>
                <w:szCs w:val="24"/>
              </w:rPr>
            </w:pPr>
          </w:p>
        </w:tc>
      </w:tr>
    </w:tbl>
    <w:p w14:paraId="4DBE4EFE" w14:textId="77777777" w:rsidR="00C85C0B" w:rsidRPr="001C4D09" w:rsidRDefault="00C85C0B">
      <w:pPr>
        <w:spacing w:line="168" w:lineRule="auto"/>
        <w:rPr>
          <w:sz w:val="16"/>
          <w:szCs w:val="24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:rsidRPr="001C4D09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b/>
                <w:sz w:val="18"/>
                <w:szCs w:val="24"/>
              </w:rPr>
              <w:t xml:space="preserve"> 3. </w:t>
            </w:r>
            <w:r w:rsidRPr="001C4D09">
              <w:rPr>
                <w:b/>
                <w:color w:val="000000"/>
                <w:sz w:val="20"/>
                <w:szCs w:val="24"/>
              </w:rPr>
              <w:t>NOTIFICAREA</w:t>
            </w:r>
          </w:p>
        </w:tc>
      </w:tr>
      <w:tr w:rsidR="00C85C0B" w:rsidRPr="001C4D09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Pr="001C4D09" w:rsidRDefault="00FD770A">
            <w:pPr>
              <w:rPr>
                <w:sz w:val="16"/>
                <w:szCs w:val="24"/>
              </w:rPr>
            </w:pPr>
            <w:r w:rsidRPr="001C4D09">
              <w:rPr>
                <w:b/>
                <w:color w:val="0D5F78"/>
                <w:sz w:val="16"/>
                <w:szCs w:val="24"/>
              </w:rPr>
              <w:t xml:space="preserve">Nr. / data </w:t>
            </w: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notificării</w:t>
            </w:r>
            <w:proofErr w:type="spellEnd"/>
          </w:p>
          <w:p w14:paraId="7090477D" w14:textId="77777777" w:rsidR="00C85C0B" w:rsidRDefault="00C85C0B">
            <w:pPr>
              <w:rPr>
                <w:sz w:val="16"/>
                <w:szCs w:val="24"/>
              </w:rPr>
            </w:pPr>
          </w:p>
          <w:p w14:paraId="0A314602" w14:textId="77777777" w:rsidR="001C4D09" w:rsidRDefault="001C4D09">
            <w:pPr>
              <w:rPr>
                <w:sz w:val="16"/>
                <w:szCs w:val="24"/>
              </w:rPr>
            </w:pPr>
          </w:p>
          <w:p w14:paraId="782A3FB4" w14:textId="77777777" w:rsidR="001C4D09" w:rsidRPr="001C4D09" w:rsidRDefault="001C4D09">
            <w:pPr>
              <w:rPr>
                <w:sz w:val="16"/>
                <w:szCs w:val="24"/>
              </w:rPr>
            </w:pPr>
          </w:p>
        </w:tc>
        <w:tc>
          <w:tcPr>
            <w:tcW w:w="2409" w:type="dxa"/>
          </w:tcPr>
          <w:p w14:paraId="07DACF42" w14:textId="77777777" w:rsidR="00C85C0B" w:rsidRPr="001C4D09" w:rsidRDefault="00FD770A">
            <w:pPr>
              <w:rPr>
                <w:sz w:val="16"/>
                <w:szCs w:val="24"/>
              </w:rPr>
            </w:pP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Proiect</w:t>
            </w:r>
            <w:proofErr w:type="spellEnd"/>
            <w:r w:rsidRPr="001C4D09">
              <w:rPr>
                <w:b/>
                <w:color w:val="0D5F78"/>
                <w:sz w:val="16"/>
                <w:szCs w:val="24"/>
              </w:rPr>
              <w:t xml:space="preserve"> nr. / cod</w:t>
            </w:r>
          </w:p>
          <w:p w14:paraId="704DDBFC" w14:textId="77777777" w:rsidR="00C85C0B" w:rsidRPr="001C4D09" w:rsidRDefault="00C85C0B">
            <w:pPr>
              <w:rPr>
                <w:sz w:val="16"/>
                <w:szCs w:val="24"/>
              </w:rPr>
            </w:pPr>
          </w:p>
        </w:tc>
        <w:tc>
          <w:tcPr>
            <w:tcW w:w="4818" w:type="dxa"/>
          </w:tcPr>
          <w:p w14:paraId="75FD378C" w14:textId="77777777" w:rsidR="00C85C0B" w:rsidRPr="001C4D09" w:rsidRDefault="00FD770A">
            <w:pPr>
              <w:rPr>
                <w:sz w:val="16"/>
                <w:szCs w:val="24"/>
              </w:rPr>
            </w:pP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Imobilul</w:t>
            </w:r>
            <w:proofErr w:type="spellEnd"/>
          </w:p>
          <w:p w14:paraId="0E48F05F" w14:textId="77777777" w:rsidR="00C85C0B" w:rsidRPr="001C4D09" w:rsidRDefault="00C85C0B">
            <w:pPr>
              <w:rPr>
                <w:sz w:val="16"/>
                <w:szCs w:val="24"/>
              </w:rPr>
            </w:pPr>
          </w:p>
        </w:tc>
      </w:tr>
    </w:tbl>
    <w:p w14:paraId="13D2FF9F" w14:textId="77777777" w:rsidR="00C85C0B" w:rsidRPr="001C4D09" w:rsidRDefault="00C85C0B">
      <w:pPr>
        <w:spacing w:line="168" w:lineRule="auto"/>
        <w:rPr>
          <w:sz w:val="16"/>
          <w:szCs w:val="24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:rsidRPr="001C4D09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b/>
                <w:sz w:val="18"/>
                <w:szCs w:val="24"/>
              </w:rPr>
              <w:t xml:space="preserve"> 4. </w:t>
            </w:r>
            <w:r w:rsidRPr="001C4D09">
              <w:rPr>
                <w:b/>
                <w:color w:val="000000"/>
                <w:sz w:val="20"/>
                <w:szCs w:val="24"/>
              </w:rPr>
              <w:t>EXECUȚIA ȘI RECEPȚIA</w:t>
            </w:r>
          </w:p>
        </w:tc>
      </w:tr>
      <w:tr w:rsidR="00C85C0B" w:rsidRPr="001C4D09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b/>
                <w:color w:val="0D5F78"/>
                <w:sz w:val="16"/>
                <w:szCs w:val="24"/>
              </w:rPr>
              <w:t xml:space="preserve">Data </w:t>
            </w: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începerii</w:t>
            </w:r>
            <w:proofErr w:type="spellEnd"/>
            <w:r w:rsidRPr="001C4D09">
              <w:rPr>
                <w:b/>
                <w:color w:val="0D5F78"/>
                <w:sz w:val="16"/>
                <w:szCs w:val="24"/>
              </w:rPr>
              <w:t xml:space="preserve"> </w:t>
            </w: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lucrărilor</w:t>
            </w:r>
            <w:proofErr w:type="spellEnd"/>
          </w:p>
          <w:p w14:paraId="2D6D470D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i/>
                <w:color w:val="7A7A7A"/>
                <w:sz w:val="16"/>
                <w:szCs w:val="24"/>
              </w:rPr>
              <w:t xml:space="preserve">se </w:t>
            </w:r>
            <w:proofErr w:type="spellStart"/>
            <w:r w:rsidRPr="001C4D09">
              <w:rPr>
                <w:i/>
                <w:color w:val="7A7A7A"/>
                <w:sz w:val="16"/>
                <w:szCs w:val="24"/>
              </w:rPr>
              <w:t>declară</w:t>
            </w:r>
            <w:proofErr w:type="spellEnd"/>
            <w:r w:rsidRPr="001C4D09">
              <w:rPr>
                <w:i/>
                <w:color w:val="7A7A7A"/>
                <w:sz w:val="16"/>
                <w:szCs w:val="24"/>
              </w:rPr>
              <w:t xml:space="preserve"> </w:t>
            </w:r>
            <w:proofErr w:type="spellStart"/>
            <w:r w:rsidRPr="001C4D09">
              <w:rPr>
                <w:i/>
                <w:color w:val="7A7A7A"/>
                <w:sz w:val="16"/>
                <w:szCs w:val="24"/>
              </w:rPr>
              <w:t>aici</w:t>
            </w:r>
            <w:proofErr w:type="spellEnd"/>
          </w:p>
          <w:p w14:paraId="04F7F91D" w14:textId="77777777" w:rsidR="00C85C0B" w:rsidRDefault="00C85C0B">
            <w:pPr>
              <w:keepNext/>
              <w:rPr>
                <w:sz w:val="16"/>
                <w:szCs w:val="24"/>
              </w:rPr>
            </w:pPr>
          </w:p>
          <w:p w14:paraId="544B9697" w14:textId="77777777" w:rsidR="001C4D09" w:rsidRPr="001C4D09" w:rsidRDefault="001C4D09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4818" w:type="dxa"/>
          </w:tcPr>
          <w:p w14:paraId="72DCF9AA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b/>
                <w:color w:val="0D5F78"/>
                <w:sz w:val="16"/>
                <w:szCs w:val="24"/>
              </w:rPr>
              <w:t xml:space="preserve">Data </w:t>
            </w: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finalizării</w:t>
            </w:r>
            <w:proofErr w:type="spellEnd"/>
          </w:p>
          <w:p w14:paraId="2262F4A8" w14:textId="77777777" w:rsidR="00C85C0B" w:rsidRPr="001C4D09" w:rsidRDefault="00C85C0B">
            <w:pPr>
              <w:keepNext/>
              <w:rPr>
                <w:sz w:val="16"/>
                <w:szCs w:val="24"/>
              </w:rPr>
            </w:pPr>
          </w:p>
        </w:tc>
      </w:tr>
      <w:tr w:rsidR="00C85C0B" w:rsidRPr="001C4D09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b/>
                <w:color w:val="0D5F78"/>
                <w:sz w:val="16"/>
                <w:szCs w:val="24"/>
              </w:rPr>
              <w:t xml:space="preserve">Data </w:t>
            </w: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propusă</w:t>
            </w:r>
            <w:proofErr w:type="spellEnd"/>
            <w:r w:rsidRPr="001C4D09">
              <w:rPr>
                <w:b/>
                <w:color w:val="0D5F78"/>
                <w:sz w:val="16"/>
                <w:szCs w:val="24"/>
              </w:rPr>
              <w:t xml:space="preserve"> </w:t>
            </w: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pentru</w:t>
            </w:r>
            <w:proofErr w:type="spellEnd"/>
            <w:r w:rsidRPr="001C4D09">
              <w:rPr>
                <w:b/>
                <w:color w:val="0D5F78"/>
                <w:sz w:val="16"/>
                <w:szCs w:val="24"/>
              </w:rPr>
              <w:t xml:space="preserve"> </w:t>
            </w: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recepție</w:t>
            </w:r>
            <w:proofErr w:type="spellEnd"/>
          </w:p>
          <w:p w14:paraId="3AF54616" w14:textId="77777777" w:rsidR="00C85C0B" w:rsidRDefault="00C85C0B">
            <w:pPr>
              <w:keepNext/>
              <w:rPr>
                <w:sz w:val="16"/>
                <w:szCs w:val="24"/>
              </w:rPr>
            </w:pPr>
          </w:p>
          <w:p w14:paraId="327C4FB5" w14:textId="77777777" w:rsidR="001C4D09" w:rsidRPr="001C4D09" w:rsidRDefault="001C4D09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1606" w:type="dxa"/>
          </w:tcPr>
          <w:p w14:paraId="660A9FC7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ora</w:t>
            </w:r>
            <w:proofErr w:type="spellEnd"/>
          </w:p>
          <w:p w14:paraId="40A08B01" w14:textId="77777777" w:rsidR="00C85C0B" w:rsidRPr="001C4D09" w:rsidRDefault="00C85C0B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4818" w:type="dxa"/>
          </w:tcPr>
          <w:p w14:paraId="6A018CE9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locul</w:t>
            </w:r>
            <w:proofErr w:type="spellEnd"/>
          </w:p>
          <w:p w14:paraId="5887C7E5" w14:textId="77777777" w:rsidR="00C85C0B" w:rsidRPr="001C4D09" w:rsidRDefault="00C85C0B">
            <w:pPr>
              <w:keepNext/>
              <w:rPr>
                <w:sz w:val="16"/>
                <w:szCs w:val="24"/>
              </w:rPr>
            </w:pPr>
          </w:p>
        </w:tc>
      </w:tr>
      <w:tr w:rsidR="00C85C0B" w:rsidRPr="001C4D09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Pr="001C4D09" w:rsidRDefault="00150E80">
            <w:pPr>
              <w:spacing w:line="228" w:lineRule="auto"/>
              <w:rPr>
                <w:sz w:val="16"/>
                <w:szCs w:val="24"/>
              </w:rPr>
            </w:pPr>
            <w:proofErr w:type="spellStart"/>
            <w:r w:rsidRPr="001C4D09">
              <w:rPr>
                <w:sz w:val="16"/>
                <w:szCs w:val="24"/>
              </w:rPr>
              <w:t>Legea</w:t>
            </w:r>
            <w:proofErr w:type="spellEnd"/>
            <w:r w:rsidRPr="001C4D09">
              <w:rPr>
                <w:sz w:val="16"/>
                <w:szCs w:val="24"/>
              </w:rPr>
              <w:t xml:space="preserve"> nr.169/2026 </w:t>
            </w:r>
            <w:proofErr w:type="spellStart"/>
            <w:r w:rsidRPr="001C4D09">
              <w:rPr>
                <w:sz w:val="16"/>
                <w:szCs w:val="24"/>
              </w:rPr>
              <w:t>privind</w:t>
            </w:r>
            <w:proofErr w:type="spellEnd"/>
            <w:r w:rsidRPr="001C4D09">
              <w:rPr>
                <w:sz w:val="16"/>
                <w:szCs w:val="24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</w:rPr>
              <w:t>Codul</w:t>
            </w:r>
            <w:proofErr w:type="spellEnd"/>
            <w:r w:rsidRPr="001C4D09">
              <w:rPr>
                <w:sz w:val="16"/>
                <w:szCs w:val="24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</w:rPr>
              <w:t>amenajării</w:t>
            </w:r>
            <w:proofErr w:type="spellEnd"/>
            <w:r w:rsidRPr="001C4D09">
              <w:rPr>
                <w:sz w:val="16"/>
                <w:szCs w:val="24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</w:rPr>
              <w:t>teritoriului</w:t>
            </w:r>
            <w:proofErr w:type="spellEnd"/>
            <w:r w:rsidRPr="001C4D09">
              <w:rPr>
                <w:sz w:val="16"/>
                <w:szCs w:val="24"/>
              </w:rPr>
              <w:t xml:space="preserve">, </w:t>
            </w:r>
            <w:proofErr w:type="spellStart"/>
            <w:r w:rsidRPr="001C4D09">
              <w:rPr>
                <w:sz w:val="16"/>
                <w:szCs w:val="24"/>
              </w:rPr>
              <w:t>urbanismului</w:t>
            </w:r>
            <w:proofErr w:type="spellEnd"/>
            <w:r w:rsidRPr="001C4D09">
              <w:rPr>
                <w:sz w:val="16"/>
                <w:szCs w:val="24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</w:rPr>
              <w:t>și</w:t>
            </w:r>
            <w:proofErr w:type="spellEnd"/>
            <w:r w:rsidRPr="001C4D09">
              <w:rPr>
                <w:sz w:val="16"/>
                <w:szCs w:val="24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</w:rPr>
              <w:t>construcțiilor</w:t>
            </w:r>
            <w:proofErr w:type="spellEnd"/>
            <w:r w:rsidRPr="001C4D09">
              <w:rPr>
                <w:sz w:val="16"/>
                <w:szCs w:val="24"/>
              </w:rPr>
              <w:t xml:space="preserve"> nu </w:t>
            </w:r>
            <w:proofErr w:type="spellStart"/>
            <w:r w:rsidRPr="001C4D09">
              <w:rPr>
                <w:sz w:val="16"/>
                <w:szCs w:val="24"/>
              </w:rPr>
              <w:t>instituie</w:t>
            </w:r>
            <w:proofErr w:type="spellEnd"/>
            <w:r w:rsidRPr="001C4D09">
              <w:rPr>
                <w:sz w:val="16"/>
                <w:szCs w:val="24"/>
              </w:rPr>
              <w:t xml:space="preserve"> o </w:t>
            </w:r>
            <w:proofErr w:type="spellStart"/>
            <w:r w:rsidRPr="001C4D09">
              <w:rPr>
                <w:sz w:val="16"/>
                <w:szCs w:val="24"/>
              </w:rPr>
              <w:t>înștiințare</w:t>
            </w:r>
            <w:proofErr w:type="spellEnd"/>
            <w:r w:rsidRPr="001C4D09">
              <w:rPr>
                <w:sz w:val="16"/>
                <w:szCs w:val="24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</w:rPr>
              <w:t>distinctă</w:t>
            </w:r>
            <w:proofErr w:type="spellEnd"/>
            <w:r w:rsidRPr="001C4D09">
              <w:rPr>
                <w:sz w:val="16"/>
                <w:szCs w:val="24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</w:rPr>
              <w:t>privind</w:t>
            </w:r>
            <w:proofErr w:type="spellEnd"/>
            <w:r w:rsidRPr="001C4D09">
              <w:rPr>
                <w:sz w:val="16"/>
                <w:szCs w:val="24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</w:rPr>
              <w:t>începerea</w:t>
            </w:r>
            <w:proofErr w:type="spellEnd"/>
            <w:r w:rsidRPr="001C4D09">
              <w:rPr>
                <w:sz w:val="16"/>
                <w:szCs w:val="24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</w:rPr>
              <w:t>lucrărilor</w:t>
            </w:r>
            <w:proofErr w:type="spellEnd"/>
            <w:r w:rsidRPr="001C4D09">
              <w:rPr>
                <w:sz w:val="16"/>
                <w:szCs w:val="24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</w:rPr>
              <w:t>notificate</w:t>
            </w:r>
            <w:proofErr w:type="spellEnd"/>
            <w:r w:rsidRPr="001C4D09">
              <w:rPr>
                <w:sz w:val="16"/>
                <w:szCs w:val="24"/>
              </w:rPr>
              <w:t xml:space="preserve">; data </w:t>
            </w:r>
            <w:proofErr w:type="spellStart"/>
            <w:r w:rsidRPr="001C4D09">
              <w:rPr>
                <w:sz w:val="16"/>
                <w:szCs w:val="24"/>
              </w:rPr>
              <w:t>începerii</w:t>
            </w:r>
            <w:proofErr w:type="spellEnd"/>
            <w:r w:rsidRPr="001C4D09">
              <w:rPr>
                <w:sz w:val="16"/>
                <w:szCs w:val="24"/>
              </w:rPr>
              <w:t xml:space="preserve"> se </w:t>
            </w:r>
            <w:proofErr w:type="spellStart"/>
            <w:r w:rsidRPr="001C4D09">
              <w:rPr>
                <w:sz w:val="16"/>
                <w:szCs w:val="24"/>
              </w:rPr>
              <w:t>declară</w:t>
            </w:r>
            <w:proofErr w:type="spellEnd"/>
            <w:r w:rsidRPr="001C4D09">
              <w:rPr>
                <w:sz w:val="16"/>
                <w:szCs w:val="24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</w:rPr>
              <w:t>în</w:t>
            </w:r>
            <w:proofErr w:type="spellEnd"/>
            <w:r w:rsidRPr="001C4D09">
              <w:rPr>
                <w:sz w:val="16"/>
                <w:szCs w:val="24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</w:rPr>
              <w:t>prezentul</w:t>
            </w:r>
            <w:proofErr w:type="spellEnd"/>
            <w:r w:rsidRPr="001C4D09">
              <w:rPr>
                <w:sz w:val="16"/>
                <w:szCs w:val="24"/>
              </w:rPr>
              <w:t xml:space="preserve"> formular </w:t>
            </w:r>
            <w:proofErr w:type="spellStart"/>
            <w:r w:rsidRPr="001C4D09">
              <w:rPr>
                <w:sz w:val="16"/>
                <w:szCs w:val="24"/>
              </w:rPr>
              <w:t>și</w:t>
            </w:r>
            <w:proofErr w:type="spellEnd"/>
            <w:r w:rsidRPr="001C4D09">
              <w:rPr>
                <w:sz w:val="16"/>
                <w:szCs w:val="24"/>
              </w:rPr>
              <w:t xml:space="preserve"> se </w:t>
            </w:r>
            <w:proofErr w:type="spellStart"/>
            <w:r w:rsidRPr="001C4D09">
              <w:rPr>
                <w:sz w:val="16"/>
                <w:szCs w:val="24"/>
              </w:rPr>
              <w:t>consemnează</w:t>
            </w:r>
            <w:proofErr w:type="spellEnd"/>
            <w:r w:rsidRPr="001C4D09">
              <w:rPr>
                <w:sz w:val="16"/>
                <w:szCs w:val="24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</w:rPr>
              <w:t>în</w:t>
            </w:r>
            <w:proofErr w:type="spellEnd"/>
            <w:r w:rsidRPr="001C4D09">
              <w:rPr>
                <w:sz w:val="16"/>
                <w:szCs w:val="24"/>
              </w:rPr>
              <w:t xml:space="preserve"> </w:t>
            </w:r>
            <w:proofErr w:type="spellStart"/>
            <w:r w:rsidRPr="001C4D09">
              <w:rPr>
                <w:sz w:val="16"/>
                <w:szCs w:val="24"/>
              </w:rPr>
              <w:t>procesul</w:t>
            </w:r>
            <w:proofErr w:type="spellEnd"/>
            <w:r w:rsidRPr="001C4D09">
              <w:rPr>
                <w:sz w:val="16"/>
                <w:szCs w:val="24"/>
              </w:rPr>
              <w:t xml:space="preserve">-verbal de </w:t>
            </w:r>
            <w:proofErr w:type="spellStart"/>
            <w:r w:rsidRPr="001C4D09">
              <w:rPr>
                <w:sz w:val="16"/>
                <w:szCs w:val="24"/>
              </w:rPr>
              <w:t>recepție</w:t>
            </w:r>
            <w:proofErr w:type="spellEnd"/>
            <w:r w:rsidRPr="001C4D09">
              <w:rPr>
                <w:sz w:val="16"/>
                <w:szCs w:val="24"/>
              </w:rPr>
              <w:t>.</w:t>
            </w:r>
          </w:p>
        </w:tc>
      </w:tr>
    </w:tbl>
    <w:p w14:paraId="049D9BE6" w14:textId="77777777" w:rsidR="00C85C0B" w:rsidRPr="001C4D09" w:rsidRDefault="00C85C0B">
      <w:pPr>
        <w:spacing w:line="168" w:lineRule="auto"/>
        <w:rPr>
          <w:sz w:val="16"/>
          <w:szCs w:val="24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:rsidRPr="001C4D09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Pr="001C4D09" w:rsidRDefault="00FD770A">
            <w:pPr>
              <w:keepNext/>
              <w:rPr>
                <w:sz w:val="16"/>
                <w:szCs w:val="24"/>
              </w:rPr>
            </w:pPr>
            <w:r w:rsidRPr="001C4D09">
              <w:rPr>
                <w:b/>
                <w:sz w:val="18"/>
                <w:szCs w:val="24"/>
              </w:rPr>
              <w:t xml:space="preserve"> 5. </w:t>
            </w:r>
            <w:r w:rsidRPr="001C4D09">
              <w:rPr>
                <w:b/>
                <w:color w:val="000000"/>
                <w:sz w:val="20"/>
                <w:szCs w:val="24"/>
              </w:rPr>
              <w:t>DATA ȘI SEMNĂTURA</w:t>
            </w:r>
          </w:p>
        </w:tc>
      </w:tr>
      <w:tr w:rsidR="00C85C0B" w:rsidRPr="001C4D09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Pr="001C4D09" w:rsidRDefault="00FD770A">
            <w:pPr>
              <w:rPr>
                <w:sz w:val="16"/>
                <w:szCs w:val="24"/>
              </w:rPr>
            </w:pPr>
            <w:r w:rsidRPr="001C4D09">
              <w:rPr>
                <w:b/>
                <w:color w:val="0D5F78"/>
                <w:sz w:val="16"/>
                <w:szCs w:val="24"/>
              </w:rPr>
              <w:t>Data</w:t>
            </w:r>
          </w:p>
          <w:p w14:paraId="6ECA240C" w14:textId="77777777" w:rsidR="00C85C0B" w:rsidRDefault="00C85C0B">
            <w:pPr>
              <w:rPr>
                <w:sz w:val="16"/>
                <w:szCs w:val="24"/>
              </w:rPr>
            </w:pPr>
          </w:p>
          <w:p w14:paraId="37094694" w14:textId="77777777" w:rsidR="001C4D09" w:rsidRDefault="001C4D09">
            <w:pPr>
              <w:rPr>
                <w:sz w:val="16"/>
                <w:szCs w:val="24"/>
              </w:rPr>
            </w:pPr>
          </w:p>
          <w:p w14:paraId="3121BEF9" w14:textId="77777777" w:rsidR="001C4D09" w:rsidRPr="001C4D09" w:rsidRDefault="001C4D09">
            <w:pPr>
              <w:rPr>
                <w:sz w:val="16"/>
                <w:szCs w:val="24"/>
              </w:rPr>
            </w:pPr>
          </w:p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Pr="001C4D09" w:rsidRDefault="00FD770A">
            <w:pPr>
              <w:rPr>
                <w:sz w:val="16"/>
                <w:szCs w:val="24"/>
              </w:rPr>
            </w:pP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Beneficiarul</w:t>
            </w:r>
            <w:proofErr w:type="spellEnd"/>
          </w:p>
          <w:p w14:paraId="2DCA5FDA" w14:textId="77777777" w:rsidR="00C85C0B" w:rsidRPr="001C4D09" w:rsidRDefault="00C85C0B">
            <w:pPr>
              <w:rPr>
                <w:sz w:val="16"/>
                <w:szCs w:val="24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Pr="001C4D09" w:rsidRDefault="00FD770A">
            <w:pPr>
              <w:rPr>
                <w:sz w:val="16"/>
                <w:szCs w:val="24"/>
              </w:rPr>
            </w:pPr>
            <w:proofErr w:type="spellStart"/>
            <w:r w:rsidRPr="001C4D09">
              <w:rPr>
                <w:b/>
                <w:color w:val="0D5F78"/>
                <w:sz w:val="16"/>
                <w:szCs w:val="24"/>
              </w:rPr>
              <w:t>Semnătura</w:t>
            </w:r>
            <w:proofErr w:type="spellEnd"/>
          </w:p>
          <w:p w14:paraId="765AB599" w14:textId="77777777" w:rsidR="00C85C0B" w:rsidRPr="001C4D09" w:rsidRDefault="00C85C0B">
            <w:pPr>
              <w:rPr>
                <w:sz w:val="16"/>
                <w:szCs w:val="24"/>
              </w:rPr>
            </w:pPr>
          </w:p>
        </w:tc>
      </w:tr>
    </w:tbl>
    <w:p w14:paraId="3AF77583" w14:textId="77777777" w:rsidR="00C85C0B" w:rsidRPr="001C4D09" w:rsidRDefault="00C85C0B">
      <w:pPr>
        <w:spacing w:line="168" w:lineRule="auto"/>
        <w:rPr>
          <w:sz w:val="16"/>
          <w:szCs w:val="24"/>
        </w:rPr>
      </w:pPr>
    </w:p>
    <w:sectPr w:rsidR="00C85C0B" w:rsidRPr="001C4D09" w:rsidSect="001C4D09">
      <w:headerReference w:type="default" r:id="rId10"/>
      <w:footerReference w:type="default" r:id="rId11"/>
      <w:pgSz w:w="11906" w:h="16838"/>
      <w:pgMar w:top="562" w:right="1584" w:bottom="461" w:left="1584" w:header="446" w:footer="2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CDBBB" w14:textId="77777777" w:rsidR="005C02E4" w:rsidRDefault="005C02E4">
      <w:r>
        <w:separator/>
      </w:r>
    </w:p>
  </w:endnote>
  <w:endnote w:type="continuationSeparator" w:id="0">
    <w:p w14:paraId="21FD06EA" w14:textId="77777777" w:rsidR="005C02E4" w:rsidRDefault="005C0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7777777" w:rsidR="00C85C0B" w:rsidRDefault="00FD770A">
    <w:pPr>
      <w:pStyle w:val="Footer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3357C" w14:textId="77777777" w:rsidR="005C02E4" w:rsidRDefault="005C02E4">
      <w:r>
        <w:separator/>
      </w:r>
    </w:p>
  </w:footnote>
  <w:footnote w:type="continuationSeparator" w:id="0">
    <w:p w14:paraId="48DE7EFC" w14:textId="77777777" w:rsidR="005C02E4" w:rsidRDefault="005C0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1D636" w14:textId="77777777" w:rsidR="001C4D09" w:rsidRPr="00EC2BD8" w:rsidRDefault="001C4D09" w:rsidP="001C4D09">
    <w:pPr>
      <w:pStyle w:val="Header"/>
      <w:rPr>
        <w:i/>
        <w:iCs/>
        <w:color w:val="000000" w:themeColor="text1"/>
        <w:sz w:val="22"/>
        <w:u w:val="single"/>
        <w:lang w:val="ro-RO"/>
      </w:rPr>
    </w:pPr>
    <w:r w:rsidRPr="00EC2BD8">
      <w:rPr>
        <w:i/>
        <w:iCs/>
        <w:color w:val="000000" w:themeColor="text1"/>
        <w:sz w:val="22"/>
        <w:u w:val="single"/>
        <w:lang w:val="ro-RO"/>
      </w:rPr>
      <w:t>Anexa nr.3</w:t>
    </w:r>
  </w:p>
  <w:p w14:paraId="14BDF670" w14:textId="30B6CD2B" w:rsidR="001C4D09" w:rsidRPr="001C4D09" w:rsidRDefault="001C4D09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>F_NOT_0</w:t>
    </w:r>
    <w:r>
      <w:rPr>
        <w:color w:val="595959"/>
      </w:rPr>
      <w:t>7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8430">
    <w:abstractNumId w:val="8"/>
  </w:num>
  <w:num w:numId="2" w16cid:durableId="1130898323">
    <w:abstractNumId w:val="6"/>
  </w:num>
  <w:num w:numId="3" w16cid:durableId="896206482">
    <w:abstractNumId w:val="5"/>
  </w:num>
  <w:num w:numId="4" w16cid:durableId="274681599">
    <w:abstractNumId w:val="4"/>
  </w:num>
  <w:num w:numId="5" w16cid:durableId="1333411861">
    <w:abstractNumId w:val="7"/>
  </w:num>
  <w:num w:numId="6" w16cid:durableId="1480608108">
    <w:abstractNumId w:val="3"/>
  </w:num>
  <w:num w:numId="7" w16cid:durableId="2120636634">
    <w:abstractNumId w:val="2"/>
  </w:num>
  <w:num w:numId="8" w16cid:durableId="967707077">
    <w:abstractNumId w:val="1"/>
  </w:num>
  <w:num w:numId="9" w16cid:durableId="184912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0E80"/>
    <w:rsid w:val="001C4D09"/>
    <w:rsid w:val="0029639D"/>
    <w:rsid w:val="00326F90"/>
    <w:rsid w:val="003A7070"/>
    <w:rsid w:val="003F0F62"/>
    <w:rsid w:val="005C02E4"/>
    <w:rsid w:val="007E64DF"/>
    <w:rsid w:val="00AA1D8D"/>
    <w:rsid w:val="00B47730"/>
    <w:rsid w:val="00B94163"/>
    <w:rsid w:val="00C85C0B"/>
    <w:rsid w:val="00CB0664"/>
    <w:rsid w:val="00E61A6B"/>
    <w:rsid w:val="00FC693F"/>
    <w:rsid w:val="00FD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Popescu Irina</cp:lastModifiedBy>
  <cp:revision>3</cp:revision>
  <dcterms:created xsi:type="dcterms:W3CDTF">2013-12-23T23:15:00Z</dcterms:created>
  <dcterms:modified xsi:type="dcterms:W3CDTF">2026-08-31T09:55:00Z</dcterms:modified>
  <cp:category/>
</cp:coreProperties>
</file>