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192"/>
        <w:gridCol w:w="2626"/>
        <w:gridCol w:w="3212"/>
      </w:tblGrid>
      <w:tr w:rsidR="00E25052" w:rsidRPr="00045D63" w14:paraId="5181C894" w14:textId="77777777" w:rsidTr="00C16D81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E93D8A" w14:textId="6A543641" w:rsidR="003A247C" w:rsidRPr="00045D63" w:rsidRDefault="003A247C" w:rsidP="003A247C">
            <w:pPr>
              <w:keepNext/>
              <w:jc w:val="center"/>
              <w:rPr>
                <w:i/>
                <w:color w:val="595959"/>
                <w:sz w:val="16"/>
                <w:szCs w:val="24"/>
              </w:rPr>
            </w:pPr>
            <w:r w:rsidRPr="00045D63">
              <w:rPr>
                <w:b/>
                <w:sz w:val="16"/>
                <w:szCs w:val="24"/>
              </w:rPr>
              <w:object w:dxaOrig="825" w:dyaOrig="1320" w14:anchorId="549B7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.5pt;height:68.25pt" o:ole="" fillcolor="window">
                  <v:imagedata r:id="rId8" o:title=""/>
                </v:shape>
                <o:OLEObject Type="Embed" ProgID="Word.Picture.8" ShapeID="_x0000_i1025" DrawAspect="Content" ObjectID="_1849682192" r:id="rId9"/>
              </w:object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40E92208" w:rsidR="00E25052" w:rsidRPr="00045D63" w:rsidRDefault="000627F9">
            <w:pPr>
              <w:keepNext/>
              <w:rPr>
                <w:sz w:val="16"/>
                <w:szCs w:val="24"/>
              </w:rPr>
            </w:pPr>
            <w:r>
              <w:rPr>
                <w:b/>
                <w:color w:val="0D5F78"/>
                <w:sz w:val="16"/>
                <w:szCs w:val="24"/>
              </w:rPr>
              <w:t>Municipiul</w:t>
            </w:r>
          </w:p>
          <w:p w14:paraId="1F74738E" w14:textId="7C81B427" w:rsidR="00E25052" w:rsidRPr="00045D63" w:rsidRDefault="003A247C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bCs/>
                <w:sz w:val="22"/>
              </w:rPr>
              <w:t>BUCUREȘTI</w:t>
            </w:r>
          </w:p>
        </w:tc>
      </w:tr>
      <w:tr w:rsidR="00E25052" w:rsidRPr="00045D63" w14:paraId="6B015EDC" w14:textId="77777777" w:rsidTr="00C16D81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Autoritatea administrației publice</w:t>
            </w:r>
          </w:p>
          <w:p w14:paraId="1F71C78E" w14:textId="331BDA42" w:rsidR="00E25052" w:rsidRPr="00045D63" w:rsidRDefault="003A247C">
            <w:pPr>
              <w:keepNext/>
              <w:rPr>
                <w:b/>
                <w:bCs/>
                <w:sz w:val="22"/>
                <w:lang w:val="ro-RO"/>
              </w:rPr>
            </w:pPr>
            <w:r w:rsidRPr="00045D63">
              <w:rPr>
                <w:b/>
                <w:bCs/>
                <w:sz w:val="22"/>
              </w:rPr>
              <w:t>SECTORUL 5 AL MUNICIPIULUI BUCUREȘTI</w:t>
            </w:r>
          </w:p>
        </w:tc>
      </w:tr>
      <w:tr w:rsidR="00E25052" w:rsidRPr="00045D63" w14:paraId="7354B52B" w14:textId="77777777" w:rsidTr="00C16D81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  <w:tc>
          <w:tcPr>
            <w:tcW w:w="2192" w:type="dxa"/>
            <w:shd w:val="clear" w:color="auto" w:fill="F0F0F0"/>
          </w:tcPr>
          <w:p w14:paraId="75894951" w14:textId="77777777" w:rsidR="00E25052" w:rsidRPr="00045D63" w:rsidRDefault="00C16D81">
            <w:pPr>
              <w:keepNext/>
              <w:rPr>
                <w:sz w:val="16"/>
                <w:szCs w:val="24"/>
                <w:lang w:val="fr-FR"/>
              </w:rPr>
            </w:pPr>
            <w:r w:rsidRPr="00045D63">
              <w:rPr>
                <w:b/>
                <w:color w:val="0D5F78"/>
                <w:sz w:val="16"/>
                <w:szCs w:val="24"/>
                <w:lang w:val="fr-FR"/>
              </w:rPr>
              <w:t>Cod de identificare fiscală (CIF)</w:t>
            </w:r>
          </w:p>
          <w:p w14:paraId="2ECEACE6" w14:textId="115EFB48" w:rsidR="00E25052" w:rsidRPr="00045D63" w:rsidRDefault="003A247C">
            <w:pPr>
              <w:keepNext/>
              <w:rPr>
                <w:b/>
                <w:bCs/>
                <w:sz w:val="22"/>
                <w:lang w:val="fr-FR"/>
              </w:rPr>
            </w:pPr>
            <w:r w:rsidRPr="00045D63">
              <w:rPr>
                <w:b/>
                <w:bCs/>
                <w:sz w:val="22"/>
                <w:lang w:val="fr-FR"/>
              </w:rPr>
              <w:t>4433953</w:t>
            </w:r>
          </w:p>
        </w:tc>
        <w:tc>
          <w:tcPr>
            <w:tcW w:w="5838" w:type="dxa"/>
            <w:gridSpan w:val="2"/>
            <w:shd w:val="clear" w:color="auto" w:fill="F0F0F0"/>
          </w:tcPr>
          <w:p w14:paraId="49CBD2CA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Adresa oficială</w:t>
            </w:r>
          </w:p>
          <w:p w14:paraId="2B62640E" w14:textId="568F4BE7" w:rsidR="00E25052" w:rsidRPr="00C16D81" w:rsidRDefault="003A247C">
            <w:pPr>
              <w:keepNext/>
              <w:rPr>
                <w:b/>
                <w:bCs/>
                <w:iCs/>
                <w:sz w:val="17"/>
                <w:szCs w:val="17"/>
              </w:rPr>
            </w:pPr>
            <w:r w:rsidRPr="00C16D81">
              <w:rPr>
                <w:b/>
                <w:bCs/>
                <w:iCs/>
                <w:sz w:val="17"/>
                <w:szCs w:val="17"/>
              </w:rPr>
              <w:t xml:space="preserve">Str. Fabrica de Chibrituri nr. 9-11, Sector 5                             </w:t>
            </w:r>
            <w:r w:rsidR="00C16D81">
              <w:rPr>
                <w:b/>
                <w:bCs/>
                <w:iCs/>
                <w:sz w:val="17"/>
                <w:szCs w:val="17"/>
              </w:rPr>
              <w:t xml:space="preserve"> </w:t>
            </w:r>
            <w:r w:rsidRPr="00C16D81">
              <w:rPr>
                <w:b/>
                <w:bCs/>
                <w:iCs/>
                <w:sz w:val="17"/>
                <w:szCs w:val="17"/>
              </w:rPr>
              <w:t xml:space="preserve">www.sector5.ro   </w:t>
            </w:r>
          </w:p>
          <w:p w14:paraId="78A52A4D" w14:textId="3DA81A00" w:rsidR="00E25052" w:rsidRPr="00045D63" w:rsidRDefault="003A247C">
            <w:pPr>
              <w:keepNext/>
              <w:rPr>
                <w:sz w:val="16"/>
                <w:szCs w:val="24"/>
              </w:rPr>
            </w:pPr>
            <w:r w:rsidRPr="00C16D81">
              <w:rPr>
                <w:b/>
                <w:bCs/>
                <w:sz w:val="17"/>
                <w:szCs w:val="17"/>
              </w:rPr>
              <w:t xml:space="preserve">Tel.: 021.314.46.80/021.314.43.18/021.311.04.65 </w:t>
            </w:r>
            <w:r w:rsidR="00C16D81">
              <w:rPr>
                <w:b/>
                <w:bCs/>
                <w:sz w:val="17"/>
                <w:szCs w:val="17"/>
              </w:rPr>
              <w:t xml:space="preserve"> </w:t>
            </w:r>
            <w:r w:rsidRPr="00C16D81">
              <w:rPr>
                <w:b/>
                <w:bCs/>
                <w:sz w:val="17"/>
                <w:szCs w:val="17"/>
              </w:rPr>
              <w:t>E-mail: primarie@sector5.ro</w:t>
            </w:r>
          </w:p>
        </w:tc>
      </w:tr>
      <w:tr w:rsidR="00E25052" w:rsidRPr="00045D63" w14:paraId="0DABC460" w14:textId="77777777" w:rsidTr="00C16D81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Număr de înregistrare</w:t>
            </w:r>
          </w:p>
          <w:p w14:paraId="46EE121A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Data</w:t>
            </w:r>
          </w:p>
          <w:p w14:paraId="4D13DA55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4238FFAF" w14:textId="77777777" w:rsidTr="00C16D81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045D63" w:rsidRDefault="00C16D81">
            <w:pPr>
              <w:rPr>
                <w:sz w:val="16"/>
                <w:szCs w:val="24"/>
                <w:lang w:val="fr-FR"/>
              </w:rPr>
            </w:pPr>
            <w:r w:rsidRPr="00045D63">
              <w:rPr>
                <w:i/>
                <w:color w:val="595959"/>
                <w:sz w:val="16"/>
                <w:szCs w:val="24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FB5BB70" w14:textId="77777777" w:rsidR="00E25052" w:rsidRPr="00045D63" w:rsidRDefault="00E25052">
      <w:pPr>
        <w:spacing w:line="168" w:lineRule="auto"/>
        <w:rPr>
          <w:sz w:val="16"/>
          <w:szCs w:val="24"/>
          <w:lang w:val="fr-FR"/>
        </w:rPr>
      </w:pPr>
    </w:p>
    <w:p w14:paraId="19E46984" w14:textId="77777777" w:rsidR="00E25052" w:rsidRPr="00045D63" w:rsidRDefault="00C16D81">
      <w:pPr>
        <w:spacing w:before="140" w:after="40"/>
        <w:jc w:val="center"/>
        <w:rPr>
          <w:sz w:val="32"/>
          <w:szCs w:val="32"/>
        </w:rPr>
      </w:pPr>
      <w:r w:rsidRPr="00045D63">
        <w:rPr>
          <w:b/>
          <w:sz w:val="32"/>
          <w:szCs w:val="32"/>
        </w:rPr>
        <w:t>CERERE</w:t>
      </w:r>
    </w:p>
    <w:p w14:paraId="6AB0BEC6" w14:textId="77777777" w:rsidR="00E25052" w:rsidRPr="00045D63" w:rsidRDefault="00E25052">
      <w:pPr>
        <w:spacing w:after="60" w:line="168" w:lineRule="auto"/>
        <w:rPr>
          <w:sz w:val="16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045D63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sz w:val="18"/>
                <w:szCs w:val="24"/>
              </w:rPr>
              <w:t xml:space="preserve"> 1. </w:t>
            </w:r>
            <w:r w:rsidRPr="00045D63">
              <w:rPr>
                <w:b/>
                <w:color w:val="000000"/>
                <w:sz w:val="20"/>
                <w:szCs w:val="24"/>
              </w:rPr>
              <w:t>CĂTRE</w:t>
            </w:r>
          </w:p>
        </w:tc>
      </w:tr>
      <w:tr w:rsidR="00E25052" w:rsidRPr="00045D63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045D63" w:rsidRDefault="00C16D81">
            <w:pPr>
              <w:keepNext/>
              <w:rPr>
                <w:sz w:val="16"/>
                <w:szCs w:val="24"/>
                <w:lang w:val="fr-FR"/>
              </w:rPr>
            </w:pPr>
            <w:r w:rsidRPr="00045D63">
              <w:rPr>
                <w:b/>
                <w:color w:val="0D5F78"/>
                <w:sz w:val="16"/>
                <w:szCs w:val="24"/>
                <w:lang w:val="fr-FR"/>
              </w:rPr>
              <w:t>Instituția</w:t>
            </w:r>
          </w:p>
          <w:p w14:paraId="5B3D1BF3" w14:textId="24E4509C" w:rsidR="00E25052" w:rsidRPr="00045D63" w:rsidRDefault="006C76F4">
            <w:pPr>
              <w:keepNext/>
              <w:rPr>
                <w:sz w:val="16"/>
                <w:szCs w:val="24"/>
                <w:lang w:val="fr-FR"/>
              </w:rPr>
            </w:pPr>
            <w:r w:rsidRPr="00045D63">
              <w:rPr>
                <w:b/>
                <w:bCs/>
                <w:sz w:val="22"/>
              </w:rPr>
              <w:t>SECTORUL 5 AL MUNICIPIULUI BUCUREȘTI</w:t>
            </w:r>
            <w:r w:rsidRPr="00045D63">
              <w:rPr>
                <w:sz w:val="16"/>
                <w:szCs w:val="24"/>
                <w:lang w:val="fr-FR"/>
              </w:rPr>
              <w:t xml:space="preserve"> </w:t>
            </w:r>
          </w:p>
        </w:tc>
      </w:tr>
      <w:tr w:rsidR="00E25052" w:rsidRPr="00045D63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045D63" w:rsidRDefault="00C16D81">
            <w:pPr>
              <w:spacing w:line="228" w:lineRule="auto"/>
              <w:rPr>
                <w:sz w:val="16"/>
                <w:szCs w:val="24"/>
                <w:lang w:val="fr-FR"/>
              </w:rPr>
            </w:pPr>
            <w:r w:rsidRPr="00045D63">
              <w:rPr>
                <w:sz w:val="16"/>
                <w:szCs w:val="24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045D63" w:rsidRDefault="00E25052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:rsidRPr="00045D63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045D63">
              <w:rPr>
                <w:b/>
                <w:sz w:val="18"/>
                <w:szCs w:val="24"/>
              </w:rPr>
              <w:t xml:space="preserve">2. </w:t>
            </w:r>
            <w:r w:rsidRPr="00045D63">
              <w:rPr>
                <w:b/>
                <w:color w:val="000000"/>
                <w:sz w:val="20"/>
                <w:szCs w:val="24"/>
              </w:rPr>
              <w:t>SOLICITANTUL</w:t>
            </w:r>
          </w:p>
        </w:tc>
      </w:tr>
      <w:tr w:rsidR="00E25052" w:rsidRPr="00045D63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Nume și prenume</w:t>
            </w:r>
          </w:p>
          <w:p w14:paraId="50ECD17B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CNP</w:t>
            </w:r>
          </w:p>
          <w:p w14:paraId="6B11B457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sz w:val="18"/>
                <w:szCs w:val="24"/>
              </w:rPr>
              <w:t xml:space="preserve"> Act de identitate</w:t>
            </w:r>
          </w:p>
        </w:tc>
      </w:tr>
      <w:tr w:rsidR="00E25052" w:rsidRPr="00045D63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Seria</w:t>
            </w:r>
          </w:p>
          <w:p w14:paraId="1742791D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6C2D16F6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Numărul</w:t>
            </w:r>
          </w:p>
          <w:p w14:paraId="18D6DBDF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Eliberat de</w:t>
            </w:r>
          </w:p>
          <w:p w14:paraId="5BAC43F0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7AB74026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La data</w:t>
            </w:r>
          </w:p>
          <w:p w14:paraId="6324FC92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sz w:val="18"/>
                <w:szCs w:val="24"/>
              </w:rPr>
              <w:t xml:space="preserve"> Domiciliul</w:t>
            </w:r>
          </w:p>
        </w:tc>
      </w:tr>
      <w:tr w:rsidR="00E25052" w:rsidRPr="00045D63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Județul</w:t>
            </w:r>
          </w:p>
          <w:p w14:paraId="27F852AB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Municipiul / orașul / comuna</w:t>
            </w:r>
          </w:p>
          <w:p w14:paraId="0D48E3BB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Satul / sectorul</w:t>
            </w:r>
          </w:p>
          <w:p w14:paraId="20822E8F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Strada</w:t>
            </w:r>
          </w:p>
          <w:p w14:paraId="141E58F7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6B47B93F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Nr.</w:t>
            </w:r>
          </w:p>
          <w:p w14:paraId="399A8499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77DDABD5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Sc.</w:t>
            </w:r>
          </w:p>
          <w:p w14:paraId="0E160ACF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7EA9678F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Et.</w:t>
            </w:r>
          </w:p>
          <w:p w14:paraId="43F6DA47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70209D0C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Ap.</w:t>
            </w:r>
          </w:p>
          <w:p w14:paraId="2E35CB99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60D07855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Cod poștal</w:t>
            </w:r>
          </w:p>
          <w:p w14:paraId="38A54738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37AA103A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Țara</w:t>
            </w:r>
          </w:p>
          <w:p w14:paraId="123D5598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sz w:val="18"/>
                <w:szCs w:val="24"/>
              </w:rPr>
              <w:t xml:space="preserve"> Date de contact</w:t>
            </w:r>
          </w:p>
        </w:tc>
      </w:tr>
      <w:tr w:rsidR="00E25052" w:rsidRPr="00045D63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Telefon / fax</w:t>
            </w:r>
          </w:p>
          <w:p w14:paraId="2DEDAC5B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5621" w:type="dxa"/>
            <w:gridSpan w:val="5"/>
          </w:tcPr>
          <w:p w14:paraId="11F9EE09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E-mail</w:t>
            </w:r>
          </w:p>
          <w:p w14:paraId="3C2D93FB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sz w:val="18"/>
                <w:szCs w:val="24"/>
              </w:rPr>
              <w:t xml:space="preserve"> Reprezentare</w:t>
            </w:r>
          </w:p>
        </w:tc>
      </w:tr>
      <w:tr w:rsidR="00E25052" w:rsidRPr="00045D63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Pr="00045D63" w:rsidRDefault="00C16D81">
            <w:pPr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În calitate de reprezentant al</w:t>
            </w:r>
          </w:p>
          <w:p w14:paraId="6834604F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3C5FA06C" w14:textId="77777777" w:rsidR="00E25052" w:rsidRPr="00045D63" w:rsidRDefault="00C16D81">
            <w:pPr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CUI / CIF</w:t>
            </w:r>
          </w:p>
          <w:p w14:paraId="3B9A3463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</w:tr>
    </w:tbl>
    <w:p w14:paraId="01E74949" w14:textId="77777777" w:rsidR="00E25052" w:rsidRPr="00045D63" w:rsidRDefault="00E25052">
      <w:pPr>
        <w:spacing w:line="168" w:lineRule="auto"/>
        <w:rPr>
          <w:sz w:val="16"/>
          <w:szCs w:val="24"/>
        </w:rPr>
      </w:pPr>
    </w:p>
    <w:p w14:paraId="20F32F97" w14:textId="77777777" w:rsidR="00E25052" w:rsidRPr="00045D63" w:rsidRDefault="00C16D81">
      <w:pPr>
        <w:spacing w:before="80" w:after="60"/>
        <w:jc w:val="center"/>
        <w:rPr>
          <w:sz w:val="18"/>
          <w:szCs w:val="18"/>
        </w:rPr>
      </w:pPr>
      <w:r w:rsidRPr="00045D63">
        <w:rPr>
          <w:sz w:val="18"/>
          <w:szCs w:val="18"/>
        </w:rPr>
        <w:t>în conformitate cu prevederile Legii nr. 169/2026 privind Codul amenajării teritoriului, urbanismului și construcțiilor,</w:t>
      </w:r>
    </w:p>
    <w:p w14:paraId="2C7584EF" w14:textId="77777777" w:rsidR="00E25052" w:rsidRPr="00045D63" w:rsidRDefault="00C16D81">
      <w:pPr>
        <w:spacing w:before="80" w:after="60"/>
        <w:jc w:val="center"/>
        <w:rPr>
          <w:sz w:val="18"/>
          <w:szCs w:val="18"/>
        </w:rPr>
      </w:pPr>
      <w:r w:rsidRPr="00045D63">
        <w:rPr>
          <w:sz w:val="18"/>
          <w:szCs w:val="18"/>
        </w:rPr>
        <w:t>solicit emiterea</w:t>
      </w:r>
    </w:p>
    <w:p w14:paraId="33797D79" w14:textId="77777777" w:rsidR="00E25052" w:rsidRPr="00045D63" w:rsidRDefault="00C16D81">
      <w:pPr>
        <w:spacing w:after="160"/>
        <w:jc w:val="center"/>
        <w:rPr>
          <w:sz w:val="16"/>
          <w:szCs w:val="24"/>
          <w:lang w:val="fr-FR"/>
        </w:rPr>
      </w:pPr>
      <w:r w:rsidRPr="00045D63">
        <w:rPr>
          <w:b/>
          <w:sz w:val="22"/>
          <w:szCs w:val="24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:rsidRPr="00045D63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045D63">
              <w:rPr>
                <w:b/>
                <w:sz w:val="18"/>
                <w:szCs w:val="24"/>
              </w:rPr>
              <w:t xml:space="preserve">3. </w:t>
            </w:r>
            <w:r w:rsidRPr="00045D63">
              <w:rPr>
                <w:b/>
                <w:color w:val="000000"/>
                <w:sz w:val="20"/>
                <w:szCs w:val="24"/>
              </w:rPr>
              <w:t>IMOBILUL</w:t>
            </w:r>
          </w:p>
        </w:tc>
      </w:tr>
      <w:tr w:rsidR="00E25052" w:rsidRPr="00045D63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sz w:val="18"/>
                <w:szCs w:val="24"/>
              </w:rPr>
              <w:t xml:space="preserve"> ☐ teren     ☐ construcții</w:t>
            </w:r>
          </w:p>
        </w:tc>
      </w:tr>
      <w:tr w:rsidR="00E25052" w:rsidRPr="00045D63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Județ</w:t>
            </w:r>
          </w:p>
          <w:p w14:paraId="6D07226C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45C06A6B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Municipiu / oraș / comună</w:t>
            </w:r>
          </w:p>
          <w:p w14:paraId="01BF54FB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242BC6F3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Sat / sector</w:t>
            </w:r>
          </w:p>
          <w:p w14:paraId="3E7C20BC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Cod poștal</w:t>
            </w:r>
          </w:p>
          <w:p w14:paraId="0DC3F395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Strada</w:t>
            </w:r>
          </w:p>
          <w:p w14:paraId="6FBE06C3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6816659E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Nr.</w:t>
            </w:r>
          </w:p>
          <w:p w14:paraId="3E454520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2409" w:type="dxa"/>
          </w:tcPr>
          <w:p w14:paraId="0279B798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Bl. / sc. / et. / ap.</w:t>
            </w:r>
          </w:p>
          <w:p w14:paraId="1284E2F7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Suprafața terenului (m²)</w:t>
            </w:r>
          </w:p>
          <w:p w14:paraId="375B3DAF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045D63" w:rsidRDefault="00C16D81">
            <w:pPr>
              <w:keepNext/>
              <w:rPr>
                <w:sz w:val="16"/>
                <w:szCs w:val="24"/>
                <w:lang w:val="fr-FR"/>
              </w:rPr>
            </w:pPr>
            <w:r w:rsidRPr="00045D63">
              <w:rPr>
                <w:b/>
                <w:color w:val="0D5F78"/>
                <w:sz w:val="16"/>
                <w:szCs w:val="24"/>
                <w:lang w:val="fr-FR"/>
              </w:rPr>
              <w:t>Număr cadastral</w:t>
            </w:r>
          </w:p>
          <w:p w14:paraId="4088464C" w14:textId="77777777" w:rsidR="00E25052" w:rsidRPr="00045D63" w:rsidRDefault="00C16D81">
            <w:pPr>
              <w:keepNext/>
              <w:rPr>
                <w:sz w:val="16"/>
                <w:szCs w:val="24"/>
                <w:lang w:val="fr-FR"/>
              </w:rPr>
            </w:pPr>
            <w:r w:rsidRPr="00045D63">
              <w:rPr>
                <w:i/>
                <w:color w:val="7A7A7A"/>
                <w:sz w:val="16"/>
                <w:szCs w:val="24"/>
                <w:lang w:val="fr-FR"/>
              </w:rPr>
              <w:t>dacă imobilul e înscris în e-Terra</w:t>
            </w:r>
          </w:p>
          <w:p w14:paraId="46FDA082" w14:textId="77777777" w:rsidR="00E25052" w:rsidRPr="00045D63" w:rsidRDefault="00E25052">
            <w:pPr>
              <w:keepNext/>
              <w:rPr>
                <w:sz w:val="16"/>
                <w:szCs w:val="24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Carte funciară nr.</w:t>
            </w:r>
          </w:p>
          <w:p w14:paraId="2038AD22" w14:textId="77777777" w:rsidR="00E25052" w:rsidRPr="00045D63" w:rsidRDefault="00E25052">
            <w:pPr>
              <w:keepNext/>
              <w:rPr>
                <w:sz w:val="16"/>
                <w:szCs w:val="24"/>
              </w:rPr>
            </w:pPr>
          </w:p>
        </w:tc>
      </w:tr>
      <w:tr w:rsidR="00E25052" w:rsidRPr="00045D63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045D63" w:rsidRDefault="00C16D81">
            <w:pPr>
              <w:rPr>
                <w:sz w:val="18"/>
                <w:szCs w:val="24"/>
                <w:lang w:val="fr-FR"/>
              </w:rPr>
            </w:pPr>
            <w:r w:rsidRPr="00045D63">
              <w:rPr>
                <w:sz w:val="18"/>
                <w:szCs w:val="24"/>
                <w:lang w:val="fr-FR"/>
              </w:rPr>
              <w:t xml:space="preserve"> ☐ extras de carte funciară actualizat, anexat     </w:t>
            </w:r>
          </w:p>
          <w:p w14:paraId="4D8DB8B6" w14:textId="6B074625" w:rsidR="00E25052" w:rsidRPr="00045D63" w:rsidRDefault="00C16D81">
            <w:pPr>
              <w:rPr>
                <w:sz w:val="16"/>
                <w:szCs w:val="24"/>
                <w:lang w:val="fr-FR"/>
              </w:rPr>
            </w:pPr>
            <w:r w:rsidRPr="00045D63">
              <w:rPr>
                <w:sz w:val="18"/>
                <w:szCs w:val="24"/>
                <w:lang w:val="fr-FR"/>
              </w:rPr>
              <w:t>☐ plan de încadrare în zonă în sistem Stereo 70, anexat</w:t>
            </w:r>
            <w:r w:rsidR="00F8517F" w:rsidRPr="00045D63">
              <w:rPr>
                <w:sz w:val="18"/>
                <w:szCs w:val="24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045D63" w:rsidRDefault="00E25052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045D63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045D63">
              <w:rPr>
                <w:b/>
                <w:sz w:val="18"/>
                <w:szCs w:val="24"/>
              </w:rPr>
              <w:t xml:space="preserve">4. </w:t>
            </w:r>
            <w:r w:rsidRPr="00045D63">
              <w:rPr>
                <w:b/>
                <w:color w:val="000000"/>
                <w:sz w:val="20"/>
                <w:szCs w:val="24"/>
              </w:rPr>
              <w:t>COMUNICAREA RĂSPUNSULUI</w:t>
            </w:r>
          </w:p>
        </w:tc>
      </w:tr>
      <w:tr w:rsidR="00E25052" w:rsidRPr="00045D63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045D63" w:rsidRDefault="00C16D81">
            <w:pPr>
              <w:rPr>
                <w:sz w:val="16"/>
                <w:szCs w:val="24"/>
                <w:lang w:val="fr-FR"/>
              </w:rPr>
            </w:pPr>
            <w:r w:rsidRPr="00045D63">
              <w:rPr>
                <w:sz w:val="18"/>
                <w:szCs w:val="24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4CC013A6" w14:textId="77777777" w:rsidR="00E25052" w:rsidRPr="00045D63" w:rsidRDefault="00E25052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:rsidRPr="00045D63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Pr="00045D63" w:rsidRDefault="00C16D81">
            <w:pPr>
              <w:keepNext/>
              <w:rPr>
                <w:sz w:val="16"/>
                <w:szCs w:val="24"/>
              </w:rPr>
            </w:pPr>
            <w:r w:rsidRPr="00045D63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045D63">
              <w:rPr>
                <w:b/>
                <w:sz w:val="18"/>
                <w:szCs w:val="24"/>
              </w:rPr>
              <w:t xml:space="preserve">5. </w:t>
            </w:r>
            <w:r w:rsidRPr="00045D63">
              <w:rPr>
                <w:b/>
                <w:color w:val="000000"/>
                <w:sz w:val="20"/>
                <w:szCs w:val="24"/>
              </w:rPr>
              <w:t>DATA ȘI SEMNĂTURA</w:t>
            </w:r>
          </w:p>
        </w:tc>
      </w:tr>
      <w:tr w:rsidR="00E25052" w:rsidRPr="00045D63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045D63" w:rsidRDefault="00C16D81">
            <w:pPr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Data</w:t>
            </w:r>
          </w:p>
          <w:p w14:paraId="725AA280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  <w:tc>
          <w:tcPr>
            <w:tcW w:w="4818" w:type="dxa"/>
          </w:tcPr>
          <w:p w14:paraId="1A18FEF7" w14:textId="77777777" w:rsidR="00E25052" w:rsidRPr="00045D63" w:rsidRDefault="00C16D81">
            <w:pPr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Solicitantul</w:t>
            </w:r>
          </w:p>
          <w:p w14:paraId="4BFA03F3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  <w:tc>
          <w:tcPr>
            <w:tcW w:w="3212" w:type="dxa"/>
          </w:tcPr>
          <w:p w14:paraId="51766049" w14:textId="77777777" w:rsidR="00E25052" w:rsidRPr="00045D63" w:rsidRDefault="00C16D81">
            <w:pPr>
              <w:rPr>
                <w:sz w:val="16"/>
                <w:szCs w:val="24"/>
              </w:rPr>
            </w:pPr>
            <w:r w:rsidRPr="00045D63">
              <w:rPr>
                <w:b/>
                <w:color w:val="0D5F78"/>
                <w:sz w:val="16"/>
                <w:szCs w:val="24"/>
              </w:rPr>
              <w:t>Semnătura</w:t>
            </w:r>
          </w:p>
          <w:p w14:paraId="4558B6A6" w14:textId="77777777" w:rsidR="00E25052" w:rsidRPr="00045D63" w:rsidRDefault="00E25052">
            <w:pPr>
              <w:rPr>
                <w:sz w:val="16"/>
                <w:szCs w:val="24"/>
              </w:rPr>
            </w:pPr>
          </w:p>
        </w:tc>
      </w:tr>
    </w:tbl>
    <w:p w14:paraId="7E180354" w14:textId="5154EBD7" w:rsidR="00F8517F" w:rsidRPr="00045D63" w:rsidRDefault="00F8517F" w:rsidP="00F8517F">
      <w:pPr>
        <w:tabs>
          <w:tab w:val="left" w:pos="3005"/>
        </w:tabs>
        <w:rPr>
          <w:sz w:val="16"/>
          <w:szCs w:val="24"/>
        </w:rPr>
      </w:pPr>
    </w:p>
    <w:sectPr w:rsidR="00F8517F" w:rsidRPr="00045D63" w:rsidSect="00045D63">
      <w:headerReference w:type="default" r:id="rId10"/>
      <w:footerReference w:type="default" r:id="rId11"/>
      <w:pgSz w:w="11906" w:h="16838"/>
      <w:pgMar w:top="245" w:right="1584" w:bottom="461" w:left="1584" w:header="27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647FC9" w:rsidR="00F8517F" w:rsidRPr="002372E7" w:rsidRDefault="00F8517F" w:rsidP="00F8517F">
    <w:pPr>
      <w:pStyle w:val="Header"/>
      <w:rPr>
        <w:b/>
        <w:bCs/>
        <w:i/>
        <w:iCs/>
        <w:color w:val="595959"/>
        <w:sz w:val="22"/>
        <w:u w:val="single"/>
      </w:rPr>
    </w:pPr>
    <w:r w:rsidRPr="002372E7">
      <w:rPr>
        <w:b/>
        <w:bCs/>
        <w:i/>
        <w:iCs/>
        <w:color w:val="595959"/>
        <w:sz w:val="22"/>
        <w:u w:val="single"/>
      </w:rPr>
      <w:t xml:space="preserve">Anexa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D63"/>
    <w:rsid w:val="0006063C"/>
    <w:rsid w:val="000627F9"/>
    <w:rsid w:val="000F55B4"/>
    <w:rsid w:val="0015074B"/>
    <w:rsid w:val="0021562A"/>
    <w:rsid w:val="002372E7"/>
    <w:rsid w:val="00270617"/>
    <w:rsid w:val="0029639D"/>
    <w:rsid w:val="00324CFA"/>
    <w:rsid w:val="00326F90"/>
    <w:rsid w:val="003A247C"/>
    <w:rsid w:val="0041453C"/>
    <w:rsid w:val="006A4399"/>
    <w:rsid w:val="006C103E"/>
    <w:rsid w:val="006C76F4"/>
    <w:rsid w:val="00763A7C"/>
    <w:rsid w:val="007B67D9"/>
    <w:rsid w:val="00861954"/>
    <w:rsid w:val="009B5021"/>
    <w:rsid w:val="00A97211"/>
    <w:rsid w:val="00AA1D8D"/>
    <w:rsid w:val="00B16250"/>
    <w:rsid w:val="00B47730"/>
    <w:rsid w:val="00C16D81"/>
    <w:rsid w:val="00C665F8"/>
    <w:rsid w:val="00CB0664"/>
    <w:rsid w:val="00CC6620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Popescu Irina</cp:lastModifiedBy>
  <cp:revision>12</cp:revision>
  <cp:lastPrinted>2026-08-31T08:04:00Z</cp:lastPrinted>
  <dcterms:created xsi:type="dcterms:W3CDTF">2013-12-23T23:15:00Z</dcterms:created>
  <dcterms:modified xsi:type="dcterms:W3CDTF">2026-08-31T08:50:00Z</dcterms:modified>
  <cp:category/>
</cp:coreProperties>
</file>